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2A6" w:rsidRDefault="00C84C95">
      <w:pPr>
        <w:pStyle w:val="Title"/>
        <w:keepNext/>
      </w:pPr>
      <w:r>
        <w:t>Child Safeguarding Statement and Risk Assessment</w:t>
      </w:r>
    </w:p>
    <w:p w:rsidR="005572A6" w:rsidRPr="001D5D54" w:rsidRDefault="001D5D54" w:rsidP="001D5D54">
      <w:pPr>
        <w:spacing w:line="252" w:lineRule="auto"/>
        <w:jc w:val="center"/>
        <w:rPr>
          <w:b/>
          <w:color w:val="4F81BD" w:themeColor="accent1"/>
          <w:sz w:val="28"/>
        </w:rPr>
      </w:pPr>
      <w:r w:rsidRPr="001D5D54">
        <w:rPr>
          <w:b/>
          <w:color w:val="4F81BD" w:themeColor="accent1"/>
          <w:sz w:val="28"/>
        </w:rPr>
        <w:t>CBS Primary, Ennis</w:t>
      </w:r>
    </w:p>
    <w:p w:rsidR="001D5D54" w:rsidRPr="001D5D54" w:rsidRDefault="001D5D54" w:rsidP="001D5D54">
      <w:pPr>
        <w:spacing w:line="252" w:lineRule="auto"/>
        <w:jc w:val="center"/>
        <w:rPr>
          <w:i/>
          <w:color w:val="4F81BD" w:themeColor="accent1"/>
          <w:sz w:val="24"/>
        </w:rPr>
      </w:pPr>
      <w:r w:rsidRPr="001D5D54">
        <w:rPr>
          <w:i/>
          <w:color w:val="4F81BD" w:themeColor="accent1"/>
          <w:sz w:val="24"/>
        </w:rPr>
        <w:t xml:space="preserve">New Rd. Ennis. </w:t>
      </w:r>
      <w:proofErr w:type="spellStart"/>
      <w:r w:rsidRPr="001D5D54">
        <w:rPr>
          <w:i/>
          <w:color w:val="4F81BD" w:themeColor="accent1"/>
          <w:sz w:val="24"/>
        </w:rPr>
        <w:t>Co.Clare</w:t>
      </w:r>
      <w:proofErr w:type="spellEnd"/>
      <w:r w:rsidRPr="001D5D54">
        <w:rPr>
          <w:i/>
          <w:color w:val="4F81BD" w:themeColor="accent1"/>
          <w:sz w:val="24"/>
        </w:rPr>
        <w:t>. V95 NX02</w:t>
      </w:r>
    </w:p>
    <w:p w:rsidR="001D5D54" w:rsidRDefault="001D5D54">
      <w:pPr>
        <w:spacing w:line="252" w:lineRule="auto"/>
      </w:pPr>
    </w:p>
    <w:p w:rsidR="001D5D54" w:rsidRPr="001D5D54" w:rsidRDefault="001D5D54">
      <w:pPr>
        <w:spacing w:line="252" w:lineRule="auto"/>
        <w:rPr>
          <w:sz w:val="2"/>
        </w:rPr>
      </w:pPr>
    </w:p>
    <w:p w:rsidR="005572A6" w:rsidRDefault="00C84C95">
      <w:pPr>
        <w:spacing w:line="252" w:lineRule="auto"/>
      </w:pPr>
      <w:r>
        <w:rPr>
          <w:b/>
        </w:rPr>
        <w:t xml:space="preserve">This school is a:  </w:t>
      </w:r>
      <w:r>
        <w:t>☒ primary     ☐ post-primary     ☐ special school</w:t>
      </w:r>
    </w:p>
    <w:p w:rsidR="00AE18B3" w:rsidRDefault="00AE18B3">
      <w:pPr>
        <w:spacing w:line="252" w:lineRule="auto"/>
      </w:pPr>
    </w:p>
    <w:p w:rsidR="005572A6" w:rsidRDefault="00C84C95">
      <w:pPr>
        <w:spacing w:line="252" w:lineRule="auto"/>
      </w:pPr>
      <w:r>
        <w:t>In accordance with the requirements of the Children First Act 2015, Children First: National Guidance for the Protection and Welfare of Children 2017, the Addendum to Children First (2019) and 2025, Child Protection Procedures for Schools 2025 and Child Safeguarding: A Guide for Policy, Procedure and Practice, 2nd ed. (Tusla, 2024), the board of management has adopted the Child Safeguarding Statement and Risk Assessment set out in this document.</w:t>
      </w:r>
    </w:p>
    <w:p w:rsidR="005572A6" w:rsidRDefault="00C84C95">
      <w:pPr>
        <w:spacing w:line="252" w:lineRule="auto"/>
      </w:pPr>
      <w:r>
        <w:t>The board of management has adopted and will implement fully and without modification the Department's Child Protection Procedures for Schools 2025 as part of this overall Child Safeguarding Statement and Risk Assessment.</w:t>
      </w:r>
    </w:p>
    <w:p w:rsidR="00AE18B3" w:rsidRDefault="00AE18B3">
      <w:pPr>
        <w:spacing w:line="252" w:lineRule="auto"/>
      </w:pPr>
    </w:p>
    <w:p w:rsidR="005572A6" w:rsidRDefault="00C84C95">
      <w:pPr>
        <w:spacing w:after="80" w:line="252" w:lineRule="auto"/>
      </w:pPr>
      <w:r>
        <w:rPr>
          <w:b/>
        </w:rPr>
        <w:t>Name of the Designated Liaison Person (DLP):</w:t>
      </w:r>
    </w:p>
    <w:tbl>
      <w:tblPr>
        <w:tblW w:w="0" w:type="auto"/>
        <w:jc w:val="center"/>
        <w:tblLook w:val="04A0" w:firstRow="1" w:lastRow="0" w:firstColumn="1" w:lastColumn="0" w:noHBand="0" w:noVBand="1"/>
      </w:tblPr>
      <w:tblGrid>
        <w:gridCol w:w="10037"/>
      </w:tblGrid>
      <w:tr w:rsidR="005572A6">
        <w:trPr>
          <w:cantSplit/>
          <w:jc w:val="center"/>
        </w:trPr>
        <w:tc>
          <w:tcPr>
            <w:tcW w:w="10037" w:type="dxa"/>
            <w:tcMar>
              <w:top w:w="110" w:type="dxa"/>
              <w:left w:w="120" w:type="dxa"/>
              <w:bottom w:w="110" w:type="dxa"/>
              <w:right w:w="120" w:type="dxa"/>
            </w:tcMar>
          </w:tcPr>
          <w:p w:rsidR="005572A6" w:rsidRDefault="00C84C95">
            <w:pPr>
              <w:spacing w:after="0"/>
            </w:pPr>
            <w:r>
              <w:t>Mr</w:t>
            </w:r>
            <w:r w:rsidR="00AE18B3">
              <w:t>.</w:t>
            </w:r>
            <w:r>
              <w:t xml:space="preserve"> Dara Glynn</w:t>
            </w:r>
          </w:p>
          <w:p w:rsidR="00AE18B3" w:rsidRDefault="00AE18B3">
            <w:pPr>
              <w:spacing w:after="0"/>
            </w:pPr>
          </w:p>
        </w:tc>
      </w:tr>
    </w:tbl>
    <w:p w:rsidR="005572A6" w:rsidRDefault="00C84C95">
      <w:pPr>
        <w:spacing w:after="80" w:line="252" w:lineRule="auto"/>
      </w:pPr>
      <w:r>
        <w:rPr>
          <w:b/>
        </w:rPr>
        <w:t>Name of the Deputy Designated Liaison Person (Deputy DLP/DDLP):</w:t>
      </w:r>
    </w:p>
    <w:tbl>
      <w:tblPr>
        <w:tblW w:w="0" w:type="auto"/>
        <w:jc w:val="center"/>
        <w:tblLook w:val="04A0" w:firstRow="1" w:lastRow="0" w:firstColumn="1" w:lastColumn="0" w:noHBand="0" w:noVBand="1"/>
      </w:tblPr>
      <w:tblGrid>
        <w:gridCol w:w="10037"/>
      </w:tblGrid>
      <w:tr w:rsidR="005572A6">
        <w:trPr>
          <w:cantSplit/>
          <w:jc w:val="center"/>
        </w:trPr>
        <w:tc>
          <w:tcPr>
            <w:tcW w:w="10037" w:type="dxa"/>
            <w:tcMar>
              <w:top w:w="110" w:type="dxa"/>
              <w:left w:w="120" w:type="dxa"/>
              <w:bottom w:w="110" w:type="dxa"/>
              <w:right w:w="120" w:type="dxa"/>
            </w:tcMar>
          </w:tcPr>
          <w:p w:rsidR="005572A6" w:rsidRDefault="00C84C95">
            <w:pPr>
              <w:spacing w:after="0"/>
            </w:pPr>
            <w:r>
              <w:t>Mr</w:t>
            </w:r>
            <w:r w:rsidR="00AE18B3">
              <w:t>.</w:t>
            </w:r>
            <w:r>
              <w:t xml:space="preserve"> Brian Curtin</w:t>
            </w:r>
          </w:p>
        </w:tc>
      </w:tr>
    </w:tbl>
    <w:p w:rsidR="005572A6" w:rsidRDefault="00C84C95">
      <w:pPr>
        <w:pStyle w:val="SmallItalic"/>
      </w:pPr>
      <w:r>
        <w:t>In the absence of the DLP, the Deputy DLP shall assume responsibilities of the DLP.</w:t>
      </w:r>
    </w:p>
    <w:p w:rsidR="00AE18B3" w:rsidRPr="00AE18B3" w:rsidRDefault="00AE18B3">
      <w:pPr>
        <w:pStyle w:val="SmallItalic"/>
        <w:rPr>
          <w:sz w:val="2"/>
        </w:rPr>
      </w:pPr>
    </w:p>
    <w:p w:rsidR="005572A6" w:rsidRDefault="00C84C95">
      <w:pPr>
        <w:spacing w:after="80" w:line="252" w:lineRule="auto"/>
      </w:pPr>
      <w:r>
        <w:rPr>
          <w:b/>
        </w:rPr>
        <w:t>Name of Relevant Person</w:t>
      </w:r>
    </w:p>
    <w:tbl>
      <w:tblPr>
        <w:tblW w:w="0" w:type="auto"/>
        <w:jc w:val="center"/>
        <w:tblLook w:val="04A0" w:firstRow="1" w:lastRow="0" w:firstColumn="1" w:lastColumn="0" w:noHBand="0" w:noVBand="1"/>
      </w:tblPr>
      <w:tblGrid>
        <w:gridCol w:w="10037"/>
      </w:tblGrid>
      <w:tr w:rsidR="005572A6">
        <w:trPr>
          <w:cantSplit/>
          <w:jc w:val="center"/>
        </w:trPr>
        <w:tc>
          <w:tcPr>
            <w:tcW w:w="10037" w:type="dxa"/>
            <w:tcMar>
              <w:top w:w="110" w:type="dxa"/>
              <w:left w:w="120" w:type="dxa"/>
              <w:bottom w:w="110" w:type="dxa"/>
              <w:right w:w="120" w:type="dxa"/>
            </w:tcMar>
          </w:tcPr>
          <w:p w:rsidR="005572A6" w:rsidRDefault="00C84C95">
            <w:pPr>
              <w:spacing w:after="0"/>
            </w:pPr>
            <w:r>
              <w:t>Mr</w:t>
            </w:r>
            <w:r w:rsidR="00AE18B3">
              <w:t>.</w:t>
            </w:r>
            <w:r>
              <w:t xml:space="preserve"> Dara Glynn</w:t>
            </w:r>
          </w:p>
        </w:tc>
      </w:tr>
    </w:tbl>
    <w:p w:rsidR="005572A6" w:rsidRDefault="00C84C95">
      <w:pPr>
        <w:pStyle w:val="SmallItalic"/>
      </w:pPr>
      <w:r>
        <w:t>(In schools this person is the DLP.)</w:t>
      </w:r>
    </w:p>
    <w:p w:rsidR="00AE18B3" w:rsidRPr="00AE18B3" w:rsidRDefault="00AE18B3">
      <w:pPr>
        <w:pStyle w:val="SmallItalic"/>
        <w:rPr>
          <w:sz w:val="2"/>
        </w:rPr>
      </w:pPr>
    </w:p>
    <w:p w:rsidR="005572A6" w:rsidRDefault="00C84C95">
      <w:pPr>
        <w:spacing w:line="252" w:lineRule="auto"/>
      </w:pPr>
      <w:r>
        <w:rPr>
          <w:b/>
        </w:rPr>
        <w:t>Relevant Person can be contacted on:</w:t>
      </w:r>
    </w:p>
    <w:tbl>
      <w:tblPr>
        <w:tblW w:w="0" w:type="auto"/>
        <w:jc w:val="center"/>
        <w:tblLook w:val="04A0" w:firstRow="1" w:lastRow="0" w:firstColumn="1" w:lastColumn="0" w:noHBand="0" w:noVBand="1"/>
      </w:tblPr>
      <w:tblGrid>
        <w:gridCol w:w="5018"/>
        <w:gridCol w:w="5018"/>
      </w:tblGrid>
      <w:tr w:rsidR="005572A6">
        <w:trPr>
          <w:cantSplit/>
          <w:jc w:val="center"/>
        </w:trPr>
        <w:tc>
          <w:tcPr>
            <w:tcW w:w="5018" w:type="dxa"/>
            <w:tcMar>
              <w:top w:w="90" w:type="dxa"/>
              <w:left w:w="110" w:type="dxa"/>
              <w:bottom w:w="90" w:type="dxa"/>
              <w:right w:w="110" w:type="dxa"/>
            </w:tcMar>
          </w:tcPr>
          <w:p w:rsidR="005572A6" w:rsidRDefault="00C84C95">
            <w:r>
              <w:t>Telephone: (065) 682 2150</w:t>
            </w:r>
          </w:p>
        </w:tc>
        <w:tc>
          <w:tcPr>
            <w:tcW w:w="5018" w:type="dxa"/>
            <w:tcMar>
              <w:top w:w="90" w:type="dxa"/>
              <w:left w:w="110" w:type="dxa"/>
              <w:bottom w:w="90" w:type="dxa"/>
              <w:right w:w="110" w:type="dxa"/>
            </w:tcMar>
          </w:tcPr>
          <w:p w:rsidR="005572A6" w:rsidRDefault="00C84C95">
            <w:r>
              <w:t>Email: cbsennis@gmail.com</w:t>
            </w:r>
          </w:p>
        </w:tc>
      </w:tr>
    </w:tbl>
    <w:p w:rsidR="005572A6" w:rsidRDefault="00C84C95">
      <w:pPr>
        <w:pStyle w:val="SmallItalic"/>
      </w:pPr>
      <w:r>
        <w:t>Under the Children First Act 2015, Relevant Person means a person who is appointed by a provider of a relevant service to be the first point of contact in respect of the Child Safeguarding Statement. This person is nominated by the board of management to manage and provide oversight of child protection concerns/allegations of child abuse.</w:t>
      </w:r>
    </w:p>
    <w:p w:rsidR="00AE18B3" w:rsidRDefault="00AE18B3">
      <w:pPr>
        <w:pStyle w:val="SmallItalic"/>
      </w:pPr>
    </w:p>
    <w:p w:rsidR="005572A6" w:rsidRDefault="00C84C95">
      <w:pPr>
        <w:spacing w:after="80" w:line="252" w:lineRule="auto"/>
      </w:pPr>
      <w:r>
        <w:rPr>
          <w:b/>
        </w:rPr>
        <w:t>Name of Chairperson of the board of management:</w:t>
      </w:r>
    </w:p>
    <w:tbl>
      <w:tblPr>
        <w:tblW w:w="0" w:type="auto"/>
        <w:jc w:val="center"/>
        <w:tblLook w:val="04A0" w:firstRow="1" w:lastRow="0" w:firstColumn="1" w:lastColumn="0" w:noHBand="0" w:noVBand="1"/>
      </w:tblPr>
      <w:tblGrid>
        <w:gridCol w:w="10037"/>
      </w:tblGrid>
      <w:tr w:rsidR="005572A6">
        <w:trPr>
          <w:cantSplit/>
          <w:jc w:val="center"/>
        </w:trPr>
        <w:tc>
          <w:tcPr>
            <w:tcW w:w="10037" w:type="dxa"/>
            <w:tcMar>
              <w:top w:w="110" w:type="dxa"/>
              <w:left w:w="120" w:type="dxa"/>
              <w:bottom w:w="110" w:type="dxa"/>
              <w:right w:w="120" w:type="dxa"/>
            </w:tcMar>
          </w:tcPr>
          <w:p w:rsidR="005572A6" w:rsidRDefault="00C84C95" w:rsidP="00C84C95">
            <w:pPr>
              <w:spacing w:after="0"/>
            </w:pPr>
            <w:r>
              <w:t>Ms</w:t>
            </w:r>
            <w:r w:rsidR="00AE18B3">
              <w:t>.</w:t>
            </w:r>
            <w:r>
              <w:t xml:space="preserve"> Sharon </w:t>
            </w:r>
            <w:proofErr w:type="spellStart"/>
            <w:r>
              <w:t>Dilger</w:t>
            </w:r>
            <w:proofErr w:type="spellEnd"/>
          </w:p>
        </w:tc>
      </w:tr>
    </w:tbl>
    <w:p w:rsidR="005572A6" w:rsidRDefault="00C84C95">
      <w:pPr>
        <w:pStyle w:val="SmallItalic"/>
      </w:pPr>
      <w:r>
        <w:t>In the event that both DLP and DDLP are absent and unavailable, and where there is no staff member formally acting in their role, the chairperson of the board of management assumes the role of DLP.</w:t>
      </w:r>
    </w:p>
    <w:p w:rsidR="005572A6" w:rsidRDefault="00C84C95">
      <w:pPr>
        <w:spacing w:line="252" w:lineRule="auto"/>
      </w:pPr>
      <w:r>
        <w:br w:type="page"/>
      </w:r>
    </w:p>
    <w:p w:rsidR="005572A6" w:rsidRDefault="00C84C95">
      <w:pPr>
        <w:pStyle w:val="Heading1"/>
      </w:pPr>
      <w:r>
        <w:lastRenderedPageBreak/>
        <w:t>Principles of Best Practice</w:t>
      </w:r>
    </w:p>
    <w:p w:rsidR="005572A6" w:rsidRDefault="00C84C95">
      <w:pPr>
        <w:spacing w:line="252" w:lineRule="auto"/>
      </w:pPr>
      <w:r>
        <w:t>The board of management recognises that child protection and safeguarding permeate all aspects of school life and must be reflected in all of the school's policies, procedures, practices and activities. In all of these, the school will adhere to the following principles of best practice in child protection and welfare. The school will:</w:t>
      </w:r>
    </w:p>
    <w:p w:rsidR="005572A6" w:rsidRDefault="00C84C95">
      <w:pPr>
        <w:pStyle w:val="ListBullet"/>
        <w:spacing w:line="252" w:lineRule="auto"/>
      </w:pPr>
      <w:r>
        <w:t>Recognise that the protection and welfare of children is of paramount importance, regardless of all other considerations.</w:t>
      </w:r>
    </w:p>
    <w:p w:rsidR="005572A6" w:rsidRDefault="00C84C95">
      <w:pPr>
        <w:pStyle w:val="ListBullet"/>
        <w:spacing w:line="252" w:lineRule="auto"/>
      </w:pPr>
      <w:r>
        <w:t>Fully comply with its statutory obligations under the Children First Act 2015 and other relevant legislation relating to the protection and welfare of children.</w:t>
      </w:r>
    </w:p>
    <w:p w:rsidR="005572A6" w:rsidRDefault="00C84C95">
      <w:pPr>
        <w:pStyle w:val="ListBullet"/>
        <w:spacing w:line="252" w:lineRule="auto"/>
      </w:pPr>
      <w:r>
        <w:t>Fully co-operate with the relevant statutory authorities in relation to child protection and welfare matters.</w:t>
      </w:r>
    </w:p>
    <w:p w:rsidR="005572A6" w:rsidRDefault="00C84C95">
      <w:pPr>
        <w:pStyle w:val="ListBullet"/>
        <w:spacing w:line="252" w:lineRule="auto"/>
      </w:pPr>
      <w:r>
        <w:t>Adopt safe practices to minimise the possibility of harm happening to children and protect members of school personnel from the necessity to take unnecessary risks that may leave themselves open to accusations of child abuse.</w:t>
      </w:r>
    </w:p>
    <w:p w:rsidR="005572A6" w:rsidRDefault="00C84C95">
      <w:pPr>
        <w:pStyle w:val="ListBullet"/>
        <w:spacing w:line="252" w:lineRule="auto"/>
      </w:pPr>
      <w:r>
        <w:t>Develop a practice of openness with parents and encourage parental involvement in the education of their children.</w:t>
      </w:r>
    </w:p>
    <w:p w:rsidR="005572A6" w:rsidRDefault="00C84C95">
      <w:pPr>
        <w:pStyle w:val="ListBullet"/>
        <w:spacing w:line="252" w:lineRule="auto"/>
      </w:pPr>
      <w:r>
        <w:t>Fully respect confidentiality requirements as set out in the Child Protection Procedures for Schools 2025 in dealing with child protection matters.</w:t>
      </w:r>
    </w:p>
    <w:p w:rsidR="005572A6" w:rsidRDefault="00C84C95">
      <w:pPr>
        <w:pStyle w:val="ListBullet"/>
        <w:spacing w:line="252" w:lineRule="auto"/>
      </w:pPr>
      <w:r>
        <w:t>Adhere to the above principles in relation to any vulnerable adult.</w:t>
      </w:r>
    </w:p>
    <w:p w:rsidR="005572A6" w:rsidRDefault="00C84C95">
      <w:pPr>
        <w:pStyle w:val="Heading1"/>
      </w:pPr>
      <w:r>
        <w:t>Procedures and Measures in Place</w:t>
      </w:r>
    </w:p>
    <w:p w:rsidR="005572A6" w:rsidRDefault="00C84C95">
      <w:pPr>
        <w:spacing w:line="252" w:lineRule="auto"/>
      </w:pPr>
      <w:r>
        <w:t>Our Child Safeguarding Statement and Risk Assessment has been developed in line with requirements under the Children First Act 2015, the Children First: National Guidance 2017, Child Safeguarding: A Guide for Policy, Procedure and Practice, 2nd ed. (Tusla, 2024), and the Child Protection Procedures for Schools 2025. In addition to the procedures listed in our risk assessment, the following procedures support our intention to safeguard children while they are availing of our service:</w:t>
      </w:r>
    </w:p>
    <w:p w:rsidR="005572A6" w:rsidRDefault="00C84C95">
      <w:pPr>
        <w:spacing w:line="252" w:lineRule="auto"/>
      </w:pPr>
      <w:r>
        <w:rPr>
          <w:b/>
        </w:rPr>
        <w:t>Procedure for the Management of Allegations of Abuse or Misconduct against School Personnel Relating to a Child Availing of Our Service</w:t>
      </w:r>
    </w:p>
    <w:p w:rsidR="005572A6" w:rsidRDefault="00C84C95">
      <w:pPr>
        <w:pStyle w:val="ListBullet"/>
        <w:spacing w:line="252" w:lineRule="auto"/>
      </w:pPr>
      <w:r>
        <w:t>Where any member of school personnel is the subject of any investigation in respect of any act, omission or circumstance in relation to a child attending the school, the school is required to adhere to the relevant procedures set out in Chapter 7 of the Child Protection Procedures for Schools 2025 and to the relevant agreed disciplinary procedures for school staff which are published on the gov.ie website</w:t>
      </w:r>
    </w:p>
    <w:p w:rsidR="005572A6" w:rsidRDefault="00C84C95">
      <w:pPr>
        <w:spacing w:line="252" w:lineRule="auto"/>
      </w:pPr>
      <w:r>
        <w:rPr>
          <w:b/>
        </w:rPr>
        <w:t>Procedure for the Safe Recruitment and Selection of School Personnel to Work With Children</w:t>
      </w:r>
    </w:p>
    <w:p w:rsidR="005572A6" w:rsidRDefault="00C84C95">
      <w:pPr>
        <w:pStyle w:val="ListBullet"/>
        <w:spacing w:line="252" w:lineRule="auto"/>
      </w:pPr>
      <w:r>
        <w:t>The school is required to adhere to the requirements of the Vetting Act. The selection or recruitment of staff and their suitability to work with children, requires the school to adhere to the statutory vetting requirements of the National Vetting Bureau (Children and Vulnerable Persons) Acts 2012 to 2016, and to the wider duty of care guidance set out in relevant Garda vetting and recruitment circulars published by the Department of Education and Youth and available on the gov.ie website and as outlined in Chapter 10 of the procedures.</w:t>
      </w:r>
    </w:p>
    <w:p w:rsidR="0034695D" w:rsidRDefault="00AE18B3">
      <w:pPr>
        <w:pStyle w:val="ListBullet"/>
        <w:spacing w:line="252" w:lineRule="auto"/>
      </w:pPr>
      <w:r>
        <w:t>A written protocol is in place authorising immediate action for cases which require an employee to be immediately absented from school for child safeguarding reasons.</w:t>
      </w:r>
    </w:p>
    <w:p w:rsidR="005572A6" w:rsidRDefault="00C84C95">
      <w:pPr>
        <w:spacing w:line="252" w:lineRule="auto"/>
      </w:pPr>
      <w:r>
        <w:rPr>
          <w:b/>
        </w:rPr>
        <w:t>Procedure for Provision of and Access to Child Safeguarding Training and Information, Including the Identification of the Occurrence of Harm</w:t>
      </w:r>
    </w:p>
    <w:p w:rsidR="005572A6" w:rsidRDefault="00C84C95">
      <w:pPr>
        <w:pStyle w:val="ListBullet"/>
        <w:spacing w:line="252" w:lineRule="auto"/>
      </w:pPr>
      <w:r>
        <w:t>The school provides information and training to members of school personnel in relation to the identification of the occurrence of harm (as defined in the 2015 Act) as follows:</w:t>
      </w:r>
    </w:p>
    <w:p w:rsidR="0034695D" w:rsidRDefault="00AE18B3">
      <w:pPr>
        <w:pStyle w:val="ListBullet"/>
        <w:spacing w:line="252" w:lineRule="auto"/>
      </w:pPr>
      <w:r>
        <w:t>The school has provided each member of school personnel, including any new members of school personnel, (employees and volunteers, board of management members, student teachers and those on work experience) with a copy of the school’s Child Safeguarding Statement and Risk Assessment.</w:t>
      </w:r>
    </w:p>
    <w:p w:rsidR="0034695D" w:rsidRDefault="00AE18B3">
      <w:pPr>
        <w:pStyle w:val="ListBullet"/>
        <w:spacing w:line="252" w:lineRule="auto"/>
      </w:pPr>
      <w:r>
        <w:t>The school ensures that members of school personnel have availed of relevant training and completed child protection training.</w:t>
      </w:r>
    </w:p>
    <w:p w:rsidR="0034695D" w:rsidRDefault="00AE18B3">
      <w:pPr>
        <w:pStyle w:val="ListBullet"/>
        <w:spacing w:line="252" w:lineRule="auto"/>
      </w:pPr>
      <w:r>
        <w:t>The school encourages board of management members to avail of any relevant training and complete child protection training.</w:t>
      </w:r>
    </w:p>
    <w:p w:rsidR="0034695D" w:rsidRDefault="00AE18B3">
      <w:pPr>
        <w:pStyle w:val="ListBullet"/>
        <w:spacing w:line="252" w:lineRule="auto"/>
      </w:pPr>
      <w:r>
        <w:lastRenderedPageBreak/>
        <w:t>The board of management ensures that records of all staff and board member child protection training are maintained.</w:t>
      </w:r>
    </w:p>
    <w:p w:rsidR="005572A6" w:rsidRDefault="00C84C95">
      <w:pPr>
        <w:spacing w:line="252" w:lineRule="auto"/>
      </w:pPr>
      <w:r>
        <w:rPr>
          <w:b/>
        </w:rPr>
        <w:t>Procedure for the Reporting of Child Protection or Welfare Concerns to Tusla</w:t>
      </w:r>
    </w:p>
    <w:p w:rsidR="005572A6" w:rsidRDefault="00C84C95">
      <w:pPr>
        <w:pStyle w:val="ListBullet"/>
        <w:spacing w:line="252" w:lineRule="auto"/>
      </w:pPr>
      <w:r>
        <w:t>All members of school personnel are required to adhere to the procedures set out in the Child Protection Procedures for Schools 2025, in relation to reporting of child protection concerns to Tusla. Mandated reporting applies to all registered teachers and any other mandated person who may be employed by the school, for example a chaplain or nurse. A full list of those people who are mandated persons is set out in Appendix 1 procedures.</w:t>
      </w:r>
    </w:p>
    <w:p w:rsidR="005572A6" w:rsidRDefault="00C84C95">
      <w:pPr>
        <w:spacing w:line="252" w:lineRule="auto"/>
      </w:pPr>
      <w:r>
        <w:rPr>
          <w:b/>
        </w:rPr>
        <w:t>Procedure for Maintaining a List of the Persons (if any) in the Relevant Service Who Are Mandated Persons</w:t>
      </w:r>
    </w:p>
    <w:p w:rsidR="005572A6" w:rsidRDefault="00C84C95">
      <w:pPr>
        <w:pStyle w:val="ListBullet"/>
        <w:spacing w:line="252" w:lineRule="auto"/>
      </w:pPr>
      <w:r>
        <w:t>There is a procedure in place to maintain a list of mandated persons. Schools may on occasion employ additional staff who are mandated by virtue of their profession. This list will include all registered teachers and identify additional employees that are not registered teachers.</w:t>
      </w:r>
    </w:p>
    <w:p w:rsidR="005572A6" w:rsidRDefault="00C84C95">
      <w:pPr>
        <w:spacing w:line="252" w:lineRule="auto"/>
      </w:pPr>
      <w:r>
        <w:rPr>
          <w:b/>
        </w:rPr>
        <w:t>Procedure for Appointing a Relevant Person (In schools this person is the DLP)</w:t>
      </w:r>
    </w:p>
    <w:p w:rsidR="005572A6" w:rsidRDefault="00C84C95">
      <w:pPr>
        <w:pStyle w:val="ListBullet"/>
        <w:spacing w:line="252" w:lineRule="auto"/>
      </w:pPr>
      <w:r>
        <w:t>There is a procedure in place for appointing a relevant person.</w:t>
      </w:r>
    </w:p>
    <w:p w:rsidR="005572A6" w:rsidRDefault="00C84C95">
      <w:pPr>
        <w:spacing w:before="160" w:after="80" w:line="252" w:lineRule="auto"/>
      </w:pPr>
      <w:r>
        <w:rPr>
          <w:b/>
          <w:color w:val="006B63"/>
          <w:sz w:val="23"/>
        </w:rPr>
        <w:t>Additional safeguarding measures implemented by CBS Primary, Ennis</w:t>
      </w:r>
    </w:p>
    <w:p w:rsidR="005572A6" w:rsidRDefault="00C84C95">
      <w:pPr>
        <w:spacing w:line="252" w:lineRule="auto"/>
      </w:pPr>
      <w:r>
        <w:rPr>
          <w:b/>
        </w:rPr>
        <w:t>Procedure for Retrospective Disclosures of Childhood Abuse</w:t>
      </w:r>
    </w:p>
    <w:p w:rsidR="005572A6" w:rsidRDefault="00C84C95">
      <w:pPr>
        <w:pStyle w:val="ListBullet"/>
        <w:spacing w:line="252" w:lineRule="auto"/>
      </w:pPr>
      <w:r>
        <w:t>The school follows the Child Protection Procedures for Schools 2025 and the 2025 Addendum to Children First in relation to retrospective disclosures, including supporting members of school personnel to understand and discharge any applicable reporting obligations.</w:t>
      </w:r>
    </w:p>
    <w:p w:rsidR="005572A6" w:rsidRDefault="00C84C95">
      <w:pPr>
        <w:spacing w:line="252" w:lineRule="auto"/>
      </w:pPr>
      <w:r>
        <w:rPr>
          <w:b/>
        </w:rPr>
        <w:t>Communication, Record-Keeping and Confidentiality</w:t>
      </w:r>
    </w:p>
    <w:p w:rsidR="005572A6" w:rsidRDefault="00C84C95">
      <w:pPr>
        <w:pStyle w:val="ListBullet"/>
        <w:spacing w:line="252" w:lineRule="auto"/>
      </w:pPr>
      <w:r>
        <w:t>The school follows the Child Protection Procedures for Schools 2025 in relation to communication with parents/guardians, secure child protection record-keeping, access to records, transfer of records and confidentiality.</w:t>
      </w:r>
    </w:p>
    <w:p w:rsidR="005572A6" w:rsidRDefault="00C84C95">
      <w:pPr>
        <w:spacing w:line="252" w:lineRule="auto"/>
      </w:pPr>
      <w:r>
        <w:rPr>
          <w:b/>
        </w:rPr>
        <w:t>Bí Cineálta and Online Safety</w:t>
      </w:r>
    </w:p>
    <w:p w:rsidR="00FB5D96" w:rsidRDefault="00C84C95" w:rsidP="00AE18B3">
      <w:pPr>
        <w:pStyle w:val="ListBullet"/>
        <w:spacing w:line="252" w:lineRule="auto"/>
      </w:pPr>
      <w:r>
        <w:t>The school implements its Bí Cineálta Policy to Prevent and Address Bullying Behaviour, its Code of Behaviour, Acceptable Use Policy and relevant digital/online safety measures, including content filtering, supervision and reporting procedures.</w:t>
      </w:r>
    </w:p>
    <w:p w:rsidR="00FB5D96" w:rsidRDefault="00FB5D96">
      <w:pPr>
        <w:spacing w:line="252" w:lineRule="auto"/>
      </w:pPr>
    </w:p>
    <w:p w:rsidR="005572A6" w:rsidRDefault="00C84C95">
      <w:pPr>
        <w:spacing w:line="252" w:lineRule="auto"/>
      </w:pPr>
      <w:r>
        <w:t>The various procedures referred to in this Child Safeguarding Statement and Risk Assessment can be accessed via the school’s website, the gov.ie website or will be made available on request by the school.</w:t>
      </w:r>
    </w:p>
    <w:p w:rsidR="005572A6" w:rsidRDefault="00C84C95">
      <w:pPr>
        <w:spacing w:line="252" w:lineRule="auto"/>
      </w:pPr>
      <w:r>
        <w:t>In accordance with the Children First Act 2015, the Addendum to Children First 2019 and 2025, and the Child Protection Procedures for Schools 2025, the board of management has carried out an assessment of any potential for harm to a child while attending the school or participating in school activities. A written assessment setting out the areas of risk identified and the school’s procedures for managing those risks is included with the Child Safeguarding Statement.</w:t>
      </w:r>
    </w:p>
    <w:p w:rsidR="005572A6" w:rsidRDefault="00C84C95">
      <w:pPr>
        <w:spacing w:line="252" w:lineRule="auto"/>
      </w:pPr>
      <w:r>
        <w:t>Note: The procedures and measures in place outlined above, are not intended as an exhaustive list. Individual boards of management shall also include in this section such other procedures and measures that are of relevance to the school.</w:t>
      </w:r>
    </w:p>
    <w:p w:rsidR="005572A6" w:rsidRDefault="00C84C95">
      <w:pPr>
        <w:spacing w:line="252" w:lineRule="auto"/>
      </w:pPr>
      <w:r>
        <w:t>This statement has been published on the school’s website or will be made available on request by the school. It has been provided to all members of school personnel, the parents’ association (if any), the patron and parents. A copy of this statement and risk assessment will be made available to Tusla and the department if requested.</w:t>
      </w:r>
    </w:p>
    <w:p w:rsidR="005572A6" w:rsidRDefault="00C84C95">
      <w:pPr>
        <w:spacing w:line="252" w:lineRule="auto"/>
      </w:pPr>
      <w:r>
        <w:t>This Child Safeguarding Statement and Risk Assessment will be reviewed annually or as soon as practicable after there has been a material change in any matter to which this statement refers.</w:t>
      </w:r>
    </w:p>
    <w:p w:rsidR="005572A6" w:rsidRDefault="00C84C95">
      <w:pPr>
        <w:spacing w:line="252" w:lineRule="auto"/>
      </w:pPr>
      <w:r>
        <w:br w:type="page"/>
      </w:r>
    </w:p>
    <w:p w:rsidR="005572A6" w:rsidRDefault="00C84C95">
      <w:pPr>
        <w:pStyle w:val="Heading1"/>
      </w:pPr>
      <w:r>
        <w:lastRenderedPageBreak/>
        <w:t>Child Safeguarding Risk Assessment</w:t>
      </w:r>
    </w:p>
    <w:p w:rsidR="005572A6" w:rsidRDefault="00C84C95">
      <w:pPr>
        <w:spacing w:line="252" w:lineRule="auto"/>
      </w:pPr>
      <w:r>
        <w:t>The examples listed in this document are provided to assist schools in undertaking their risk assessment under the Children First Act, 2015. Schools should note that this list of examples is not intended to be exhaustive, and that the inclusion of an example of a policy or procedure on these lists does not make it mandatory. It is the responsibility of each school to ensure, as far as possible, that any other risks and procedures that are relevant to its own particular circumstances are identified and specified in the written risk assessment and that adequate procedures are in place to address all risks identified.</w:t>
      </w:r>
    </w:p>
    <w:p w:rsidR="0034695D" w:rsidRDefault="00AE18B3">
      <w:pPr>
        <w:spacing w:line="252" w:lineRule="auto"/>
      </w:pPr>
      <w:r>
        <w:t>It is acknowledged that schools already have in place a range of policies, practices and procedures to mitigate the risk of harm to children while they are participating in the activities of the school and that some school activities will carry low or minimal risks of harm compared to others. In the context of the risk assessment that must be undertaken by schools, the Children First Act, 2015 refers to risk as ‘any potential for harm’.</w:t>
      </w:r>
    </w:p>
    <w:p w:rsidR="0034695D" w:rsidRDefault="00AE18B3">
      <w:pPr>
        <w:spacing w:line="252" w:lineRule="auto"/>
      </w:pPr>
      <w:r>
        <w:t>Therefore, it is important that, as part of its risk assessment process, each school lists and reviews all of its various activities (which shall include identifying those that may carry low risk of harm as well as those that carry higher risks of harm). Doing so will help the school to:</w:t>
      </w:r>
    </w:p>
    <w:p w:rsidR="0034695D" w:rsidRDefault="00AE18B3" w:rsidP="0081751B">
      <w:pPr>
        <w:pStyle w:val="ListParagraph"/>
        <w:numPr>
          <w:ilvl w:val="0"/>
          <w:numId w:val="10"/>
        </w:numPr>
        <w:spacing w:line="252" w:lineRule="auto"/>
      </w:pPr>
      <w:r>
        <w:t>Identify, as required under the Children First Act, 2015, any risks of harm that may exist in respect of the school’s activities.</w:t>
      </w:r>
    </w:p>
    <w:p w:rsidR="0034695D" w:rsidRDefault="00AE18B3" w:rsidP="0081751B">
      <w:pPr>
        <w:pStyle w:val="ListParagraph"/>
        <w:numPr>
          <w:ilvl w:val="0"/>
          <w:numId w:val="10"/>
        </w:numPr>
        <w:spacing w:line="252" w:lineRule="auto"/>
      </w:pPr>
      <w:r>
        <w:t>Identify and assess the adequacy of the various procedures already in place to manage those risks of harm.</w:t>
      </w:r>
    </w:p>
    <w:p w:rsidR="0034695D" w:rsidRDefault="00AE18B3" w:rsidP="0081751B">
      <w:pPr>
        <w:pStyle w:val="ListParagraph"/>
        <w:numPr>
          <w:ilvl w:val="0"/>
          <w:numId w:val="10"/>
        </w:numPr>
        <w:spacing w:line="252" w:lineRule="auto"/>
      </w:pPr>
      <w:r>
        <w:t>Identify and put in place any such additional procedures as are considered necessary to manage any risk identified.</w:t>
      </w:r>
    </w:p>
    <w:p w:rsidR="0081751B" w:rsidRDefault="0081751B">
      <w:pPr>
        <w:spacing w:line="252" w:lineRule="auto"/>
      </w:pPr>
    </w:p>
    <w:p w:rsidR="0081751B" w:rsidRDefault="00AE18B3">
      <w:pPr>
        <w:spacing w:line="252" w:lineRule="auto"/>
        <w:rPr>
          <w:b/>
          <w:color w:val="4F6228" w:themeColor="accent3" w:themeShade="80"/>
        </w:rPr>
      </w:pPr>
      <w:r w:rsidRPr="0081751B">
        <w:rPr>
          <w:b/>
          <w:color w:val="4F6228" w:themeColor="accent3" w:themeShade="80"/>
        </w:rPr>
        <w:t>Online Safety</w:t>
      </w:r>
    </w:p>
    <w:p w:rsidR="0081751B" w:rsidRPr="0081751B" w:rsidRDefault="0081751B">
      <w:pPr>
        <w:spacing w:line="252" w:lineRule="auto"/>
        <w:rPr>
          <w:b/>
          <w:color w:val="4F6228" w:themeColor="accent3" w:themeShade="80"/>
        </w:rPr>
      </w:pPr>
    </w:p>
    <w:p w:rsidR="0034695D" w:rsidRDefault="00AE18B3">
      <w:pPr>
        <w:spacing w:line="252" w:lineRule="auto"/>
      </w:pPr>
      <w:r>
        <w:t>The Addendum to Children First: National Guidance for the Protection and Welfare of Children 2017 published in January 2019 clarifies that organisations providing relevant services to children should consider the specific issue of online safety when carrying out their risk assessment and preparing their Child Safeguarding Statement and Risk Assessment.</w:t>
      </w:r>
    </w:p>
    <w:p w:rsidR="0034695D" w:rsidRDefault="00AE18B3">
      <w:pPr>
        <w:spacing w:line="252" w:lineRule="auto"/>
      </w:pPr>
      <w:r>
        <w:t>The Guidance on Continuity of Schooling for primary and post-primary schools (April 2020) advises of the importance of teachers maintaining the safe and ethical use of the internet during distance learning and assisting parents and guardians to be aware of their role also. Schools should ensure that their Acceptable Use Policy (AUP) informs and guides remote or distance learning activity.</w:t>
      </w:r>
    </w:p>
    <w:p w:rsidR="0081751B" w:rsidRDefault="0081751B">
      <w:pPr>
        <w:spacing w:line="252" w:lineRule="auto"/>
      </w:pPr>
      <w:r>
        <w:rPr>
          <w:noProof/>
          <w:lang w:val="en-IE" w:eastAsia="en-IE"/>
        </w:rPr>
        <mc:AlternateContent>
          <mc:Choice Requires="wps">
            <w:drawing>
              <wp:anchor distT="0" distB="0" distL="114300" distR="114300" simplePos="0" relativeHeight="251659264" behindDoc="0" locked="0" layoutInCell="1" allowOverlap="1">
                <wp:simplePos x="0" y="0"/>
                <wp:positionH relativeFrom="column">
                  <wp:posOffset>-32385</wp:posOffset>
                </wp:positionH>
                <wp:positionV relativeFrom="paragraph">
                  <wp:posOffset>87630</wp:posOffset>
                </wp:positionV>
                <wp:extent cx="6400800" cy="1238250"/>
                <wp:effectExtent l="57150" t="19050" r="76200" b="95250"/>
                <wp:wrapNone/>
                <wp:docPr id="2" name="Rectangle 2"/>
                <wp:cNvGraphicFramePr/>
                <a:graphic xmlns:a="http://schemas.openxmlformats.org/drawingml/2006/main">
                  <a:graphicData uri="http://schemas.microsoft.com/office/word/2010/wordprocessingShape">
                    <wps:wsp>
                      <wps:cNvSpPr/>
                      <wps:spPr>
                        <a:xfrm>
                          <a:off x="0" y="0"/>
                          <a:ext cx="6400800" cy="1238250"/>
                        </a:xfrm>
                        <a:prstGeom prst="rect">
                          <a:avLst/>
                        </a:prstGeom>
                        <a:noFill/>
                        <a:ln>
                          <a:solidFill>
                            <a:srgbClr val="00B0F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807902" id="Rectangle 2" o:spid="_x0000_s1026" style="position:absolute;margin-left:-2.55pt;margin-top:6.9pt;width:7in;height:9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" filled="f" strokecolor="#00b0f0">
                <v:shadow on="t" color="black" opacity="22937f" origin=",.5" offset="0,.63889mm"/>
              </v:rect>
            </w:pict>
          </mc:Fallback>
        </mc:AlternateContent>
      </w:r>
    </w:p>
    <w:p w:rsidR="0034695D" w:rsidRDefault="00AE18B3">
      <w:pPr>
        <w:spacing w:line="252" w:lineRule="auto"/>
      </w:pPr>
      <w:r>
        <w:t>Risk in the context of this Child Safeguarding Statement and Risk Assessment is the risk of ‘harm’ as defined in the Children First Act 2015 and not general health and safety risk. The definition of harm is set out in the Children First Act 2015: ‘harm’ means, in relation to a child— (a) assault, ill-treatment or neglect of the child in a manner that seriously affects or is likely to seriously affect the child’s health, development or welfare, or (b) sexual abuse of the child, whether caused by a single act, omission or circumstance or a series or combination of acts, omissions or circumstances, or otherwise.</w:t>
      </w:r>
    </w:p>
    <w:p w:rsidR="00AE18B3" w:rsidRDefault="00AE18B3">
      <w:pPr>
        <w:spacing w:line="252" w:lineRule="auto"/>
      </w:pPr>
    </w:p>
    <w:p w:rsidR="00AE18B3" w:rsidRDefault="00AE18B3">
      <w:pPr>
        <w:spacing w:line="252" w:lineRule="auto"/>
      </w:pPr>
    </w:p>
    <w:p w:rsidR="00AE18B3" w:rsidRDefault="00AE18B3">
      <w:pPr>
        <w:spacing w:line="252" w:lineRule="auto"/>
      </w:pPr>
    </w:p>
    <w:p w:rsidR="00AE18B3" w:rsidRDefault="00AE18B3">
      <w:pPr>
        <w:spacing w:line="252" w:lineRule="auto"/>
      </w:pPr>
    </w:p>
    <w:p w:rsidR="00AE18B3" w:rsidRDefault="00AE18B3">
      <w:pPr>
        <w:spacing w:line="252" w:lineRule="auto"/>
      </w:pPr>
    </w:p>
    <w:p w:rsidR="00AE18B3" w:rsidRDefault="00AE18B3">
      <w:pPr>
        <w:spacing w:line="252" w:lineRule="auto"/>
      </w:pPr>
    </w:p>
    <w:p w:rsidR="00AE18B3" w:rsidRDefault="00AE18B3">
      <w:pPr>
        <w:spacing w:line="252" w:lineRule="auto"/>
      </w:pPr>
    </w:p>
    <w:p w:rsidR="00AE18B3" w:rsidRDefault="00AE18B3">
      <w:pPr>
        <w:spacing w:line="252" w:lineRule="auto"/>
      </w:pPr>
    </w:p>
    <w:p w:rsidR="00AE18B3" w:rsidRDefault="00AE18B3">
      <w:pPr>
        <w:spacing w:line="252" w:lineRule="auto"/>
      </w:pPr>
    </w:p>
    <w:p w:rsidR="00C84C95" w:rsidRDefault="00C84C95">
      <w:pPr>
        <w:spacing w:line="252" w:lineRule="auto"/>
      </w:pPr>
    </w:p>
    <w:tbl>
      <w:tblPr>
        <w:tblW w:w="10295" w:type="dxa"/>
        <w:jc w:val="center"/>
        <w:tblLayout w:type="fixed"/>
        <w:tblLook w:val="04A0" w:firstRow="1" w:lastRow="0" w:firstColumn="1" w:lastColumn="0" w:noHBand="0" w:noVBand="1"/>
      </w:tblPr>
      <w:tblGrid>
        <w:gridCol w:w="2951"/>
        <w:gridCol w:w="3240"/>
        <w:gridCol w:w="4104"/>
      </w:tblGrid>
      <w:tr w:rsidR="00C84C95" w:rsidTr="00C84C95">
        <w:trPr>
          <w:cantSplit/>
          <w:tblHeader/>
          <w:jc w:val="center"/>
        </w:trPr>
        <w:tc>
          <w:tcPr>
            <w:tcW w:w="2951" w:type="dxa"/>
            <w:shd w:val="clear" w:color="auto" w:fill="006B63"/>
            <w:tcMar>
              <w:top w:w="70" w:type="dxa"/>
              <w:left w:w="80" w:type="dxa"/>
              <w:bottom w:w="70" w:type="dxa"/>
              <w:right w:w="80" w:type="dxa"/>
            </w:tcMar>
          </w:tcPr>
          <w:p w:rsidR="00C84C95" w:rsidRDefault="00C84C95">
            <w:pPr>
              <w:spacing w:after="40"/>
              <w:jc w:val="center"/>
            </w:pPr>
            <w:r>
              <w:rPr>
                <w:rFonts w:ascii="Aptos" w:hAnsi="Aptos"/>
                <w:b/>
                <w:color w:val="FFFFFF"/>
                <w:sz w:val="17"/>
              </w:rPr>
              <w:lastRenderedPageBreak/>
              <w:t>List of School Activities</w:t>
            </w:r>
          </w:p>
        </w:tc>
        <w:tc>
          <w:tcPr>
            <w:tcW w:w="3240" w:type="dxa"/>
            <w:shd w:val="clear" w:color="auto" w:fill="006B63"/>
            <w:tcMar>
              <w:top w:w="70" w:type="dxa"/>
              <w:left w:w="80" w:type="dxa"/>
              <w:bottom w:w="70" w:type="dxa"/>
              <w:right w:w="80" w:type="dxa"/>
            </w:tcMar>
          </w:tcPr>
          <w:p w:rsidR="00C84C95" w:rsidRDefault="00C84C95">
            <w:pPr>
              <w:spacing w:after="40"/>
              <w:jc w:val="center"/>
            </w:pPr>
            <w:r>
              <w:rPr>
                <w:rFonts w:ascii="Aptos" w:hAnsi="Aptos"/>
                <w:b/>
                <w:color w:val="FFFFFF"/>
                <w:sz w:val="17"/>
              </w:rPr>
              <w:t>Risks Identified Against Each School Activity</w:t>
            </w:r>
          </w:p>
        </w:tc>
        <w:tc>
          <w:tcPr>
            <w:tcW w:w="4104" w:type="dxa"/>
            <w:shd w:val="clear" w:color="auto" w:fill="006B63"/>
            <w:tcMar>
              <w:top w:w="70" w:type="dxa"/>
              <w:left w:w="80" w:type="dxa"/>
              <w:bottom w:w="70" w:type="dxa"/>
              <w:right w:w="80" w:type="dxa"/>
            </w:tcMar>
          </w:tcPr>
          <w:p w:rsidR="00C84C95" w:rsidRDefault="00C84C95">
            <w:pPr>
              <w:spacing w:after="40"/>
              <w:jc w:val="center"/>
            </w:pPr>
            <w:r>
              <w:rPr>
                <w:rFonts w:ascii="Aptos" w:hAnsi="Aptos"/>
                <w:b/>
                <w:color w:val="FFFFFF"/>
                <w:sz w:val="17"/>
              </w:rPr>
              <w:t>Procedures/Measures in Place to Mitigate Risk</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Daily arrival, dismissal and movement around the school</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harm due to inadequate supervision; risk from unauthorised adults; risk to pupils who may abscond or leave designated areas.</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 xml:space="preserve">Yard/arrival/dismissal supervision arrangements; controlled access to buildings; staff supervision at exits; agreed collection and transport procedures; individual plans for pupils at </w:t>
            </w:r>
            <w:r w:rsidR="00EB6BAD">
              <w:rPr>
                <w:rFonts w:ascii="Aptos" w:hAnsi="Aptos"/>
                <w:sz w:val="17"/>
              </w:rPr>
              <w:t>risk of absconding</w:t>
            </w:r>
            <w:r>
              <w:rPr>
                <w:rFonts w:ascii="Aptos" w:hAnsi="Aptos"/>
                <w:sz w:val="17"/>
              </w:rPr>
              <w:t xml:space="preserve">; Code of </w:t>
            </w:r>
            <w:proofErr w:type="spellStart"/>
            <w:r>
              <w:rPr>
                <w:rFonts w:ascii="Aptos" w:hAnsi="Aptos"/>
                <w:sz w:val="17"/>
              </w:rPr>
              <w:t>Behaviour</w:t>
            </w:r>
            <w:proofErr w:type="spellEnd"/>
            <w:r>
              <w:rPr>
                <w:rFonts w:ascii="Aptos" w:hAnsi="Aptos"/>
                <w:sz w:val="17"/>
              </w:rPr>
              <w:t xml:space="preserve"> and Child Protection Procedures 2025.</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Recreation breaks, yard and playground</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by another child; bullying behaviour; inadequate supervision; inappropriate contact in less visible areas.</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Yard Supervision procedures and yard rules; Bí Cineálta Policy; Code of Behaviour; designated supervision zones; staff reporting and escalation procedures; DLP referral where a child protection concern arises.</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Classroom teaching and general school activities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harm by school personnel or another child; risk of harm not being recognised or reported.</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Child Protection Procedures 2025; staff code of conduct; supervision arrangements; staff safeguarding training; DLP/DDLP arrangements; mandated reporting procedures.</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pPr>
            <w:r>
              <w:rPr>
                <w:rFonts w:ascii="Aptos" w:hAnsi="Aptos"/>
                <w:sz w:val="17"/>
              </w:rPr>
              <w:t>One-to-one teaching, one-to-one learning support, counselling and individual interventions</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in one-to-one situations; risk of allegation arising from lack of visibility or inappropriate boundaries.</w:t>
            </w:r>
          </w:p>
        </w:tc>
        <w:tc>
          <w:tcPr>
            <w:tcW w:w="4104" w:type="dxa"/>
            <w:shd w:val="clear" w:color="auto" w:fill="F7FAF9"/>
            <w:tcMar>
              <w:top w:w="70" w:type="dxa"/>
              <w:left w:w="80" w:type="dxa"/>
              <w:bottom w:w="70" w:type="dxa"/>
              <w:right w:w="80" w:type="dxa"/>
            </w:tcMar>
          </w:tcPr>
          <w:p w:rsidR="00C84C95" w:rsidRDefault="00EB6BAD">
            <w:pPr>
              <w:spacing w:after="40" w:line="240" w:lineRule="auto"/>
            </w:pPr>
            <w:r>
              <w:rPr>
                <w:rFonts w:ascii="Aptos" w:hAnsi="Aptos"/>
                <w:sz w:val="17"/>
              </w:rPr>
              <w:t>SEN Policy &amp;</w:t>
            </w:r>
            <w:r w:rsidR="00C84C95">
              <w:rPr>
                <w:rFonts w:ascii="Aptos" w:hAnsi="Aptos"/>
                <w:sz w:val="17"/>
              </w:rPr>
              <w:t xml:space="preserve"> procedures; appropriate room visibility/glass panels where available; doors not unnecessarily closed/locked; professional boundaries; staff code of conduct; records of interventions where appropriate; Child Protection Procedures 2025.</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Care of pupils with special educational needs and pupils with communication or other vulnerabilities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Heightened risk that harm may not be recognised, communicated or disclosed; risk of bullying, neglect or inappropriate care.</w:t>
            </w:r>
          </w:p>
        </w:tc>
        <w:tc>
          <w:tcPr>
            <w:tcW w:w="4104" w:type="dxa"/>
            <w:tcMar>
              <w:top w:w="70" w:type="dxa"/>
              <w:left w:w="80" w:type="dxa"/>
              <w:bottom w:w="70" w:type="dxa"/>
              <w:right w:w="80" w:type="dxa"/>
            </w:tcMar>
          </w:tcPr>
          <w:p w:rsidR="00C84C95" w:rsidRDefault="00EB6BAD">
            <w:pPr>
              <w:spacing w:after="40" w:line="240" w:lineRule="auto"/>
            </w:pPr>
            <w:r>
              <w:rPr>
                <w:rFonts w:ascii="Aptos" w:hAnsi="Aptos"/>
                <w:sz w:val="17"/>
              </w:rPr>
              <w:t>SEN</w:t>
            </w:r>
            <w:r w:rsidR="00C84C95">
              <w:rPr>
                <w:rFonts w:ascii="Aptos" w:hAnsi="Aptos"/>
                <w:sz w:val="17"/>
              </w:rPr>
              <w:t xml:space="preserve"> Policy</w:t>
            </w:r>
            <w:r>
              <w:rPr>
                <w:rFonts w:ascii="Aptos" w:hAnsi="Aptos"/>
                <w:sz w:val="17"/>
              </w:rPr>
              <w:t xml:space="preserve"> &amp; procedures</w:t>
            </w:r>
            <w:r w:rsidR="00C84C95">
              <w:rPr>
                <w:rFonts w:ascii="Aptos" w:hAnsi="Aptos"/>
                <w:sz w:val="17"/>
              </w:rPr>
              <w:t>; individual support plans; communication supports; staff training; Bí Cineálta Policy; supervision; DLP procedures; liaison with parents and relevant professionals.</w:t>
            </w:r>
            <w:r>
              <w:rPr>
                <w:rFonts w:ascii="Aptos" w:hAnsi="Aptos"/>
                <w:sz w:val="17"/>
              </w:rPr>
              <w:t xml:space="preserve"> Care Plans &amp; SNA access where appropriate. </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Intimate care, toileting, changing and personal care</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while a child is receiving intimate/personal care; risk arising from lack of dignity, privacy, agreed procedures or appropriate records.</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Intimate Care Policy and individual care plans; parental consultation/consent as appropriate; staff allocated in accordance with the care plan and school policy; privacy and dignity safeguards; appropriate recording and reporting; Child Protection Procedures 2025.</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Toilet areas and pupil access to toilets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bullying or inappropriate behaviour between pupils; risk of inadequate supervision around toilet areas.</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Age-appropriate toilet access arrangements; supervision of adjoining corridors/areas without compromising privacy; yard/classroom permission procedures; Code of Behaviour; Bí Cineálta Policy; prompt reporting of concerns.</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 xml:space="preserve">Management of </w:t>
            </w:r>
            <w:proofErr w:type="spellStart"/>
            <w:r>
              <w:rPr>
                <w:rFonts w:ascii="Aptos" w:hAnsi="Aptos"/>
                <w:sz w:val="17"/>
              </w:rPr>
              <w:t>behaviours</w:t>
            </w:r>
            <w:proofErr w:type="spellEnd"/>
            <w:r>
              <w:rPr>
                <w:rFonts w:ascii="Aptos" w:hAnsi="Aptos"/>
                <w:sz w:val="17"/>
              </w:rPr>
              <w:t xml:space="preserve"> of concern and crisis situations</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to a child from another child; risk of inappropriate physical intervention or restraint; safeguarding indicators being missed.</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Code of Behaviour; Department guidance on Understanding Behaviours of Concern and Responding to Crisis Situations; SEN/Inclusion procedures; individual behaviour/support plans; trained staff responses; recording and review; DLP referral where safeguarding concerns arise.</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Curricular provision in SPHE, RSE and Stay Safe</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harm through non-delivery or inadequate delivery of protective education; missed opportunities to support disclosure.</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Full implementation of SPHE, RSE and Stay Safe in accordance with curriculum requirements; school plans; teacher planning/records; staff awareness of disclosure and reporting procedures.</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Bullying prevention and response, including racist, homophobic/transphobic, sexist and sexual-harassment-related bullying</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due to bullying behaviour, discrimination, harassment or peer abuse.</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Bí Cineálta Policy to Prevent and Address Bullying Behaviour; Code of Behaviour; prevention strategies; appropriate recording and follow-up; parental engagement; referral to DLP where behaviour gives rise to a child protection concern.</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Use of ICT, school devices, internet, email, messaging, social media and online/remote learning</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cyberbullying; grooming or inappropriate contact; access to harmful/sexual content; inappropriate sharing of images; inappropriate staff-pupil communication; unauthorised access to online sessions.</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 xml:space="preserve">Acceptable Use Policy; content filtering; supervised and age-appropriate use; approved school platforms/accounts; staff professional boundaries; privacy and security settings; Bí Cineálta Policy; reporting procedures; parental communication; </w:t>
            </w:r>
            <w:proofErr w:type="spellStart"/>
            <w:r w:rsidR="00836C4F">
              <w:rPr>
                <w:rFonts w:ascii="Aptos" w:hAnsi="Aptos"/>
                <w:sz w:val="17"/>
              </w:rPr>
              <w:t>Digiwise</w:t>
            </w:r>
            <w:proofErr w:type="spellEnd"/>
            <w:r w:rsidR="00836C4F">
              <w:rPr>
                <w:rFonts w:ascii="Aptos" w:hAnsi="Aptos"/>
                <w:sz w:val="17"/>
              </w:rPr>
              <w:t xml:space="preserve"> Internet Safety Talk for Pupils &amp; Parents; </w:t>
            </w:r>
            <w:r>
              <w:rPr>
                <w:rFonts w:ascii="Aptos" w:hAnsi="Aptos"/>
                <w:sz w:val="17"/>
              </w:rPr>
              <w:t>C</w:t>
            </w:r>
            <w:r w:rsidR="00836C4F">
              <w:rPr>
                <w:rFonts w:ascii="Aptos" w:hAnsi="Aptos"/>
                <w:sz w:val="17"/>
              </w:rPr>
              <w:t>hild Protection Procedures 2025.</w:t>
            </w:r>
            <w:r w:rsidR="00EB6BAD">
              <w:rPr>
                <w:rFonts w:ascii="Aptos" w:hAnsi="Aptos"/>
                <w:sz w:val="17"/>
              </w:rPr>
              <w:t xml:space="preserve"> Monitoring of student laptop activity by IT provider. Communication Policy. </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lastRenderedPageBreak/>
              <w:t>Use of photography, video, live broadcasts and other media</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inappropriate recording, publication or circulation of images/video; unwanted exposure or identification of pupils; inappropriate adult/pupil interaction.</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Data Protection Policy and privacy notices; school media/photography procedures; appropriate consent/permissions; staff supervision; controlled publication; approved school accounts/plat</w:t>
            </w:r>
            <w:r w:rsidR="00EB6BAD">
              <w:rPr>
                <w:rFonts w:ascii="Aptos" w:hAnsi="Aptos"/>
                <w:sz w:val="17"/>
              </w:rPr>
              <w:t>forms</w:t>
            </w:r>
            <w:r>
              <w:rPr>
                <w:rFonts w:ascii="Aptos" w:hAnsi="Aptos"/>
                <w:sz w:val="17"/>
              </w:rPr>
              <w:t>; Child Protection Procedures 2025.</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Sporting activities, Sports Day and outdoor teaching activities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harm due to inadequate supervision; harm by external personnel; bullying or inappropriate changing/toileting arrangements.</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PE/sports and school outings procedures; supervision; vetting requirements where applicable; clear roles for coaches; changing/toilet arrangements; First Aid procedures; Bí Cineálta and Code of Behaviour.</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External sports coaches, tutors, speakers, authors and other external personnel</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by an external adult; inappropriate one-to-one contact or communication; uncertainty about safeguarding responsibilities.</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Garda vetting where legally required; safe recruitment/engagement procedures; school staff supervision; visitor sign-in/access arrangements; external personnel briefed on school safeguarding expectations; no unsupervised access unless appropriately authorised and compliant.</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School outings and use of off-site facilities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harm by school personnel, another child or outside personnel; inadequate supervision; bullying; separation from group.</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School Outings Policy; risk planning; parental consent/information; appropriate pupil-adult ratios and supervision; clear group/meeting arrangements; Code of Behaviour; Bí Cineálta Policy; venue safeguarding arrangements considered as appropriate.</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Overnight trips and foreign travel</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Heightened risk of harm due to accommodation, sleeping arrangements, changing/toileting, reduced familiarity and external personnel.</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Specific trip plan and safeguarding risk review; Board-approved/School Outings procedures; parental consent and briefing; appropriate staffing and supervision; clear accommodation and rooming arrangements; boundaries and communication rules; emergency and reporting procedures.</w:t>
            </w:r>
            <w:r w:rsidR="00EB6BAD">
              <w:rPr>
                <w:rFonts w:ascii="Aptos" w:hAnsi="Aptos"/>
                <w:sz w:val="17"/>
              </w:rPr>
              <w:t xml:space="preserve"> International Schools Policy</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School transport, taxis, buses and bus escorts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harm during transport or handover; risk from external personnel; risk arising from inadequate supervision or unclear handover arrangements.</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Transport/escort procedures; vetting requirements where applicable; agreed pickup/drop-off and handover arrangements; staff</w:t>
            </w:r>
            <w:r w:rsidR="00E70799">
              <w:rPr>
                <w:rFonts w:ascii="Aptos" w:hAnsi="Aptos"/>
                <w:sz w:val="17"/>
              </w:rPr>
              <w:t>/bus escort</w:t>
            </w:r>
            <w:r>
              <w:rPr>
                <w:rFonts w:ascii="Aptos" w:hAnsi="Aptos"/>
                <w:sz w:val="17"/>
              </w:rPr>
              <w:t>/SNA supervision where provided; communication with parents and transport provider; incident reporting.</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Administration of medicine and first aid</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neglect or harm through failure to follow agreed care arrangements; inappropriate one-to-one contact during care.</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Administration of Medicines Policy;</w:t>
            </w:r>
            <w:r w:rsidR="00EB6BAD">
              <w:rPr>
                <w:rFonts w:ascii="Aptos" w:hAnsi="Aptos"/>
                <w:sz w:val="17"/>
              </w:rPr>
              <w:t xml:space="preserve"> Healthcare Plans; </w:t>
            </w:r>
            <w:r>
              <w:rPr>
                <w:rFonts w:ascii="Aptos" w:hAnsi="Aptos"/>
                <w:sz w:val="17"/>
              </w:rPr>
              <w:t>First Aid procedures; individual healthcare plans; parental authorisation and medical instructions where required; secure records; appropriate privacy and supervision; emergency procedures.</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Recruitment and selection of teachers, SNAs, ancillary staff, coaches and other personnel</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unsuitable persons obtaining access to children; risk of safeguarding concerns not being acted upon.</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National Vetting Bureau requirements; Department recruitment/vetting circulars; references and suitability checks as applicable; Child Protection Procedures 2025 Chapter 10; written immediate-action protocol; staff code of conduct.</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Student teachers and work-experience students placed in the school</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by student/trainee; lack of understanding of child protection responsibilities; inappropriate unsupervised access.</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Placement/work-experience procedures; vetting requirements as applicable; induction on CSS1 and safeguarding; supervision by school personnel; clear professional boundaries; reporting route to DLP.</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Volunteers and parents assisting with school activities or events</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by a volunteer/parent; inappropriate one-to-one access; unclear role boundaries.</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Volunteer/parent helper procedures; Garda vetting where legally required; staff supervision; role briefing; sign-in/access controls; no unsupervised one-to-one access unless specifically authorised and compliant.</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Visitors and contractors during the school day</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unauthorised or inappropriate access to pupils; harm by visitors/contractors.</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Visitor/contractor sign-in and identification; controlled access; staff oversight; restricted access to pupil areas where appropriate; Garda vetting where legally required by the nature of the work; safeguarding concerns reported to DLP.</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lastRenderedPageBreak/>
              <w:t>After-school clubs, homework club and school-run extracurricular activities</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due to reduced staffing or unclear collection arrangements; harm by adults/other pupils.</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Named responsible personnel; attendance/collection procedures; supervision; vetting requirements; Code of Behaviour and Bí Cineálta procedures; emergency contacts; Child Protection Procedures 2025.</w:t>
            </w:r>
            <w:r w:rsidR="00EB6BAD">
              <w:rPr>
                <w:rFonts w:ascii="Aptos" w:hAnsi="Aptos"/>
                <w:sz w:val="17"/>
              </w:rPr>
              <w:t xml:space="preserve"> Hire &amp; Use of School Premises Policy.</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After-school or daytime use of school premises by other organisations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that children may encounter adults not under school supervision; confusion regarding safeguarding responsibility.</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Written letting/use arrangements; clear responsibility for safeguarding and supervision; access controls and separation from school pupils where possible; insurance and vetting requirements as applicable; reporting arrangements.</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Fundraising, Parents’ Association and community events involving pupils</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harm due to increased presence of adults/visitors and less formal supervision.</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Event-specific supervision plan; staff/approved adult oversight; controlled access; clear pupil collection arrangements; volunteer procedures; Child Protection Procedures 2025.</w:t>
            </w:r>
            <w:r w:rsidR="00EB6BAD">
              <w:rPr>
                <w:rFonts w:ascii="Aptos" w:hAnsi="Aptos"/>
                <w:sz w:val="17"/>
              </w:rPr>
              <w:t xml:space="preserve"> </w:t>
            </w:r>
            <w:r w:rsidR="00EB6BAD">
              <w:rPr>
                <w:rFonts w:ascii="Aptos" w:hAnsi="Aptos"/>
                <w:sz w:val="17"/>
              </w:rPr>
              <w:t>National Vetting Bureau requirements;</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Care of children on Tusla CPNS / children in care / children with additional social vulnerabilities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harm not being recognised, recorded or escalated; risk of inappropriate disclosure of sensitive information.</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Child Protection Procedures 2025; DLP oversight; CPNS procedures; secure record-keeping; need-to-know confidentiality; liaison with Tusla and relevant professionals; appropriate support planning.</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Care of pupils from minority ethnic, Traveller, migrant, minority-faith or LGBT</w:t>
            </w:r>
            <w:r w:rsidR="00EB6BAD">
              <w:rPr>
                <w:rFonts w:ascii="Aptos" w:hAnsi="Aptos"/>
                <w:sz w:val="17"/>
              </w:rPr>
              <w:t>Q</w:t>
            </w:r>
            <w:r w:rsidR="00645060">
              <w:rPr>
                <w:rFonts w:ascii="Aptos" w:hAnsi="Aptos"/>
                <w:sz w:val="17"/>
              </w:rPr>
              <w:t>+</w:t>
            </w:r>
            <w:r>
              <w:rPr>
                <w:rFonts w:ascii="Aptos" w:hAnsi="Aptos"/>
                <w:sz w:val="17"/>
              </w:rPr>
              <w:t xml:space="preserve"> backgrounds, or pupils perceived to be LGBT</w:t>
            </w:r>
            <w:r w:rsidR="00EB6BAD">
              <w:rPr>
                <w:rFonts w:ascii="Aptos" w:hAnsi="Aptos"/>
                <w:sz w:val="17"/>
              </w:rPr>
              <w:t>Q</w:t>
            </w:r>
            <w:r w:rsidR="00645060">
              <w:rPr>
                <w:rFonts w:ascii="Aptos" w:hAnsi="Aptos"/>
                <w:sz w:val="17"/>
              </w:rPr>
              <w:t>+</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bullying, racism, discrimination, harassment, exclusion or targeted harm.</w:t>
            </w:r>
          </w:p>
        </w:tc>
        <w:tc>
          <w:tcPr>
            <w:tcW w:w="4104"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Bí Cineálta Policy; anti-racism and inclusion measures; Code of Behaviour; SPHE/RSE; staff awareness; pupil support; prompt reporting and DLP escalation where a safeguarding concern arises.</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Live performances, ceremonies and religious/community events on or off school premises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inadequate supervision, contact with external adults, photography/media exposure or separation from group.</w:t>
            </w:r>
          </w:p>
        </w:tc>
        <w:tc>
          <w:tcPr>
            <w:tcW w:w="4104" w:type="dxa"/>
            <w:tcMar>
              <w:top w:w="70" w:type="dxa"/>
              <w:left w:w="80" w:type="dxa"/>
              <w:bottom w:w="70" w:type="dxa"/>
              <w:right w:w="80" w:type="dxa"/>
            </w:tcMar>
          </w:tcPr>
          <w:p w:rsidR="00C84C95" w:rsidRDefault="00EB6BAD" w:rsidP="00EB6BAD">
            <w:pPr>
              <w:spacing w:after="40" w:line="240" w:lineRule="auto"/>
            </w:pPr>
            <w:r>
              <w:rPr>
                <w:rFonts w:ascii="Aptos" w:hAnsi="Aptos"/>
                <w:sz w:val="17"/>
              </w:rPr>
              <w:t>School Outings Policy</w:t>
            </w:r>
            <w:r w:rsidR="00C84C95">
              <w:rPr>
                <w:rFonts w:ascii="Aptos" w:hAnsi="Aptos"/>
                <w:sz w:val="17"/>
              </w:rPr>
              <w:t>; staff supervision; media/photography controls; parental information/consent where appropriate; clear arrival/dismissal arrangements; external venue safeguards considered.</w:t>
            </w:r>
            <w:r>
              <w:rPr>
                <w:rFonts w:ascii="Aptos" w:hAnsi="Aptos"/>
                <w:sz w:val="17"/>
              </w:rPr>
              <w:t xml:space="preserve"> Communications Policy</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Pupils identified as</w:t>
            </w:r>
            <w:r w:rsidR="00EB6BAD">
              <w:rPr>
                <w:rFonts w:ascii="Aptos" w:hAnsi="Aptos"/>
                <w:sz w:val="17"/>
              </w:rPr>
              <w:t xml:space="preserve"> at risk of absconding</w:t>
            </w:r>
            <w:r>
              <w:rPr>
                <w:rFonts w:ascii="Aptos" w:hAnsi="Aptos"/>
                <w:sz w:val="17"/>
              </w:rPr>
              <w:t>, including pupils in the ASD class</w:t>
            </w:r>
          </w:p>
        </w:tc>
        <w:tc>
          <w:tcPr>
            <w:tcW w:w="3240" w:type="dxa"/>
            <w:shd w:val="clear" w:color="auto" w:fill="F7FAF9"/>
            <w:tcMar>
              <w:top w:w="70" w:type="dxa"/>
              <w:left w:w="80" w:type="dxa"/>
              <w:bottom w:w="70" w:type="dxa"/>
              <w:right w:w="80" w:type="dxa"/>
            </w:tcMar>
          </w:tcPr>
          <w:p w:rsidR="00C84C95" w:rsidRDefault="00C84C95">
            <w:pPr>
              <w:spacing w:after="40" w:line="240" w:lineRule="auto"/>
            </w:pPr>
            <w:r>
              <w:rPr>
                <w:rFonts w:ascii="Aptos" w:hAnsi="Aptos"/>
                <w:sz w:val="17"/>
              </w:rPr>
              <w:t>Risk of a child leaving supervised areas and being exposed to harm; risk of inappropriate physical intervention during prevention/recovery.</w:t>
            </w:r>
          </w:p>
        </w:tc>
        <w:tc>
          <w:tcPr>
            <w:tcW w:w="4104" w:type="dxa"/>
            <w:shd w:val="clear" w:color="auto" w:fill="F7FAF9"/>
            <w:tcMar>
              <w:top w:w="70" w:type="dxa"/>
              <w:left w:w="80" w:type="dxa"/>
              <w:bottom w:w="70" w:type="dxa"/>
              <w:right w:w="80" w:type="dxa"/>
            </w:tcMar>
          </w:tcPr>
          <w:p w:rsidR="00C84C95" w:rsidRDefault="00EB6BAD">
            <w:pPr>
              <w:spacing w:after="40" w:line="240" w:lineRule="auto"/>
            </w:pPr>
            <w:r>
              <w:rPr>
                <w:rFonts w:ascii="Aptos" w:hAnsi="Aptos"/>
                <w:sz w:val="17"/>
              </w:rPr>
              <w:t xml:space="preserve">Individual </w:t>
            </w:r>
            <w:r w:rsidR="00C84C95">
              <w:rPr>
                <w:rFonts w:ascii="Aptos" w:hAnsi="Aptos"/>
                <w:sz w:val="17"/>
              </w:rPr>
              <w:t>support plans; secure but lawful access controls; close supervision appropriate to need; staff communication and training; crisis/behaviour procedures; parent liaison; prompt incident recording/review; emergency procedures.</w:t>
            </w:r>
          </w:p>
        </w:tc>
      </w:tr>
      <w:tr w:rsidR="00C84C95" w:rsidTr="00C84C95">
        <w:trPr>
          <w:cantSplit/>
          <w:jc w:val="center"/>
        </w:trPr>
        <w:tc>
          <w:tcPr>
            <w:tcW w:w="2951" w:type="dxa"/>
            <w:tcMar>
              <w:top w:w="70" w:type="dxa"/>
              <w:left w:w="80" w:type="dxa"/>
              <w:bottom w:w="70" w:type="dxa"/>
              <w:right w:w="80" w:type="dxa"/>
            </w:tcMar>
          </w:tcPr>
          <w:p w:rsidR="00C84C95" w:rsidRDefault="00C84C95">
            <w:pPr>
              <w:spacing w:after="40" w:line="240" w:lineRule="auto"/>
            </w:pPr>
            <w:r>
              <w:rPr>
                <w:rFonts w:ascii="Aptos" w:hAnsi="Aptos"/>
                <w:sz w:val="17"/>
              </w:rPr>
              <w:t>Staff safeguarding training and implementation of reporting procedures</w:t>
            </w:r>
          </w:p>
        </w:tc>
        <w:tc>
          <w:tcPr>
            <w:tcW w:w="3240" w:type="dxa"/>
            <w:tcMar>
              <w:top w:w="70" w:type="dxa"/>
              <w:left w:w="80" w:type="dxa"/>
              <w:bottom w:w="70" w:type="dxa"/>
              <w:right w:w="80" w:type="dxa"/>
            </w:tcMar>
          </w:tcPr>
          <w:p w:rsidR="00C84C95" w:rsidRDefault="00C84C95">
            <w:pPr>
              <w:spacing w:after="40" w:line="240" w:lineRule="auto"/>
            </w:pPr>
            <w:r>
              <w:rPr>
                <w:rFonts w:ascii="Aptos" w:hAnsi="Aptos"/>
                <w:sz w:val="17"/>
              </w:rPr>
              <w:t>Risk of harm not being recognised, properly recorded or promptly reported; risk of uncertainty regarding mandated reporting or retrospective disclosures.</w:t>
            </w:r>
          </w:p>
        </w:tc>
        <w:tc>
          <w:tcPr>
            <w:tcW w:w="4104" w:type="dxa"/>
            <w:tcMar>
              <w:top w:w="70" w:type="dxa"/>
              <w:left w:w="80" w:type="dxa"/>
              <w:bottom w:w="70" w:type="dxa"/>
              <w:right w:w="80" w:type="dxa"/>
            </w:tcMar>
          </w:tcPr>
          <w:p w:rsidR="00C84C95" w:rsidRDefault="00C84C95">
            <w:pPr>
              <w:spacing w:after="40" w:line="240" w:lineRule="auto"/>
            </w:pPr>
            <w:r>
              <w:rPr>
                <w:rFonts w:ascii="Aptos" w:hAnsi="Aptos"/>
                <w:sz w:val="17"/>
              </w:rPr>
              <w:t>All personnel receive CSS1 and Child Protection Procedures 2025; completion/access to relevant training; DLP/DDLP training; records of training; staff briefings; mandated-person list; clear internal reporting route; 2025 retrospective-disclosure requirements communicated.</w:t>
            </w:r>
          </w:p>
        </w:tc>
      </w:tr>
      <w:tr w:rsidR="00C84C95" w:rsidTr="00C84C95">
        <w:trPr>
          <w:cantSplit/>
          <w:jc w:val="center"/>
        </w:trPr>
        <w:tc>
          <w:tcPr>
            <w:tcW w:w="2951" w:type="dxa"/>
            <w:shd w:val="clear" w:color="auto" w:fill="F7FAF9"/>
            <w:tcMar>
              <w:top w:w="70" w:type="dxa"/>
              <w:left w:w="80" w:type="dxa"/>
              <w:bottom w:w="70" w:type="dxa"/>
              <w:right w:w="80" w:type="dxa"/>
            </w:tcMar>
          </w:tcPr>
          <w:p w:rsidR="00C84C95" w:rsidRDefault="00C84C95">
            <w:pPr>
              <w:spacing w:after="40"/>
            </w:pPr>
            <w:r>
              <w:rPr>
                <w:rFonts w:ascii="Aptos" w:hAnsi="Aptos"/>
                <w:sz w:val="17"/>
              </w:rPr>
              <w:t>Management/provision of food and drink</w:t>
            </w:r>
          </w:p>
        </w:tc>
        <w:tc>
          <w:tcPr>
            <w:tcW w:w="3240" w:type="dxa"/>
            <w:shd w:val="clear" w:color="auto" w:fill="F7FAF9"/>
            <w:tcMar>
              <w:top w:w="70" w:type="dxa"/>
              <w:left w:w="80" w:type="dxa"/>
              <w:bottom w:w="70" w:type="dxa"/>
              <w:right w:w="80" w:type="dxa"/>
            </w:tcMar>
          </w:tcPr>
          <w:p w:rsidR="00C84C95" w:rsidRDefault="00C84C95">
            <w:pPr>
              <w:spacing w:after="40"/>
            </w:pPr>
            <w:r>
              <w:rPr>
                <w:rFonts w:ascii="Aptos" w:hAnsi="Aptos"/>
                <w:sz w:val="17"/>
              </w:rPr>
              <w:t>Risk of harm through failure to observe a child’s known dietary/medical needs; risk of neglect where appropriate care or supervision is not provided.</w:t>
            </w:r>
          </w:p>
        </w:tc>
        <w:tc>
          <w:tcPr>
            <w:tcW w:w="4104" w:type="dxa"/>
            <w:shd w:val="clear" w:color="auto" w:fill="F7FAF9"/>
            <w:tcMar>
              <w:top w:w="70" w:type="dxa"/>
              <w:left w:w="80" w:type="dxa"/>
              <w:bottom w:w="70" w:type="dxa"/>
              <w:right w:w="80" w:type="dxa"/>
            </w:tcMar>
          </w:tcPr>
          <w:p w:rsidR="00C84C95" w:rsidRDefault="00C84C95">
            <w:pPr>
              <w:spacing w:after="40"/>
            </w:pPr>
            <w:r>
              <w:rPr>
                <w:rFonts w:ascii="Aptos" w:hAnsi="Aptos"/>
                <w:sz w:val="17"/>
              </w:rPr>
              <w:t>School food arrangements; awareness of allergies/medical needs and individual healthcare plans; supervision appropriate to age and need; Administration of Medicines/First Aid procedures where relevant; communication with parents/guardians; incident reporting.</w:t>
            </w:r>
            <w:r w:rsidR="00645060">
              <w:rPr>
                <w:rFonts w:ascii="Aptos" w:hAnsi="Aptos"/>
                <w:sz w:val="17"/>
              </w:rPr>
              <w:t xml:space="preserve"> Parental access to The Lunch Bag App.</w:t>
            </w:r>
            <w:bookmarkStart w:id="0" w:name="_GoBack"/>
            <w:bookmarkEnd w:id="0"/>
          </w:p>
        </w:tc>
      </w:tr>
    </w:tbl>
    <w:p w:rsidR="005572A6" w:rsidRDefault="005572A6">
      <w:pPr>
        <w:spacing w:before="200" w:line="252" w:lineRule="auto"/>
      </w:pPr>
    </w:p>
    <w:p w:rsidR="00AE18B3" w:rsidRDefault="00AE18B3">
      <w:pPr>
        <w:spacing w:line="252" w:lineRule="auto"/>
      </w:pPr>
    </w:p>
    <w:p w:rsidR="00AE18B3" w:rsidRDefault="00AE18B3">
      <w:pPr>
        <w:spacing w:line="252" w:lineRule="auto"/>
      </w:pPr>
    </w:p>
    <w:p w:rsidR="00AE18B3" w:rsidRDefault="00AE18B3">
      <w:pPr>
        <w:spacing w:line="252" w:lineRule="auto"/>
      </w:pPr>
    </w:p>
    <w:p w:rsidR="00AE18B3" w:rsidRDefault="00AE18B3">
      <w:pPr>
        <w:spacing w:line="252" w:lineRule="auto"/>
      </w:pPr>
    </w:p>
    <w:p w:rsidR="005572A6" w:rsidRDefault="00C84C95">
      <w:pPr>
        <w:spacing w:line="252" w:lineRule="auto"/>
      </w:pPr>
      <w:r>
        <w:t>In accordance with Section 11 of the Children First Act 2015 and with the requirements of Chapter 9 of the Child Protection Procedures for Schools 2025, the above is the written Child Safeguarding Statement and Risk Assessment for CBS Primary, Ennis.</w:t>
      </w:r>
    </w:p>
    <w:p w:rsidR="005572A6" w:rsidRDefault="00C84C95">
      <w:pPr>
        <w:spacing w:line="252" w:lineRule="auto"/>
      </w:pPr>
      <w:r>
        <w:lastRenderedPageBreak/>
        <w:t>In undertaking this Child Safeguarding Statement and Risk Assessment, the board of management has endeavoured to identify as far as possible the risks of harm that are relevant to this school and to ensure that adequate procedures are in place to manage all risks identified. While it is not possible to foresee and remove all risk of harm, the school has in place the procedures listed in this risk assessment to manage and reduce risk to the greatest possible extent.</w:t>
      </w:r>
    </w:p>
    <w:p w:rsidR="00C84C95" w:rsidRDefault="00C84C95">
      <w:pPr>
        <w:spacing w:line="252" w:lineRule="auto"/>
      </w:pPr>
    </w:p>
    <w:p w:rsidR="00C84C95" w:rsidRDefault="00C84C95">
      <w:pPr>
        <w:spacing w:line="252" w:lineRule="auto"/>
      </w:pPr>
      <w:r>
        <w:t xml:space="preserve">This Child Safeguarding Statement and Risk Assessment was reviewed by the board of management on: </w:t>
      </w:r>
    </w:p>
    <w:p w:rsidR="00C84C95" w:rsidRDefault="00C84C95">
      <w:pPr>
        <w:spacing w:line="252" w:lineRule="auto"/>
      </w:pPr>
    </w:p>
    <w:p w:rsidR="005572A6" w:rsidRDefault="00C84C95">
      <w:pPr>
        <w:spacing w:line="252" w:lineRule="auto"/>
      </w:pPr>
      <w:r>
        <w:t>____________________________ (most recent review date)</w:t>
      </w:r>
    </w:p>
    <w:p w:rsidR="00C84C95" w:rsidRDefault="00C84C95">
      <w:pPr>
        <w:spacing w:line="252" w:lineRule="auto"/>
      </w:pPr>
    </w:p>
    <w:p w:rsidR="00C84C95" w:rsidRDefault="00C84C95">
      <w:pPr>
        <w:spacing w:line="252" w:lineRule="auto"/>
      </w:pPr>
    </w:p>
    <w:p w:rsidR="00C84C95" w:rsidRDefault="00C84C95">
      <w:pPr>
        <w:spacing w:before="200" w:line="252" w:lineRule="auto"/>
      </w:pPr>
      <w:r>
        <w:rPr>
          <w:b/>
        </w:rPr>
        <w:t xml:space="preserve">Signed:* </w:t>
      </w:r>
      <w:r>
        <w:t xml:space="preserve">____________________________________    </w:t>
      </w:r>
      <w:r>
        <w:rPr>
          <w:b/>
        </w:rPr>
        <w:t xml:space="preserve">Date: </w:t>
      </w:r>
      <w:r>
        <w:t>______________</w:t>
      </w:r>
    </w:p>
    <w:p w:rsidR="005572A6" w:rsidRDefault="00C84C95">
      <w:pPr>
        <w:pStyle w:val="SmallItalic"/>
      </w:pPr>
      <w:r>
        <w:t>Chairperson of the board of management</w:t>
      </w:r>
    </w:p>
    <w:p w:rsidR="00C84C95" w:rsidRDefault="00C84C95">
      <w:pPr>
        <w:pStyle w:val="SmallItalic"/>
      </w:pPr>
    </w:p>
    <w:p w:rsidR="005572A6" w:rsidRDefault="00C84C95">
      <w:pPr>
        <w:spacing w:line="252" w:lineRule="auto"/>
      </w:pPr>
      <w:r>
        <w:rPr>
          <w:b/>
        </w:rPr>
        <w:t xml:space="preserve">Signed:* </w:t>
      </w:r>
      <w:r>
        <w:t xml:space="preserve">____________________________________    </w:t>
      </w:r>
      <w:r>
        <w:rPr>
          <w:b/>
        </w:rPr>
        <w:t xml:space="preserve">Date: </w:t>
      </w:r>
      <w:r>
        <w:t>______________</w:t>
      </w:r>
    </w:p>
    <w:p w:rsidR="005572A6" w:rsidRDefault="00C84C95">
      <w:pPr>
        <w:pStyle w:val="SmallItalic"/>
      </w:pPr>
      <w:r>
        <w:t>Principal/Secretary to the board of management</w:t>
      </w:r>
    </w:p>
    <w:p w:rsidR="00C84C95" w:rsidRDefault="00C84C95">
      <w:pPr>
        <w:pStyle w:val="SmallItalic"/>
      </w:pPr>
    </w:p>
    <w:p w:rsidR="00C84C95" w:rsidRDefault="00C84C95">
      <w:pPr>
        <w:pStyle w:val="SmallItalic"/>
      </w:pPr>
    </w:p>
    <w:p w:rsidR="00C84C95" w:rsidRDefault="00C84C95">
      <w:pPr>
        <w:spacing w:line="252" w:lineRule="auto"/>
        <w:rPr>
          <w:b/>
        </w:rPr>
      </w:pPr>
      <w:r>
        <w:rPr>
          <w:b/>
        </w:rPr>
        <w:t>This Child Safeguarding Statement and Risk Assessment is expected to be reviewed again on:</w:t>
      </w:r>
    </w:p>
    <w:p w:rsidR="00C84C95" w:rsidRDefault="00C84C95">
      <w:pPr>
        <w:spacing w:line="252" w:lineRule="auto"/>
        <w:rPr>
          <w:b/>
        </w:rPr>
      </w:pPr>
    </w:p>
    <w:p w:rsidR="005572A6" w:rsidRDefault="00C84C95">
      <w:pPr>
        <w:spacing w:line="252" w:lineRule="auto"/>
      </w:pPr>
      <w:r>
        <w:rPr>
          <w:b/>
        </w:rPr>
        <w:t xml:space="preserve"> </w:t>
      </w:r>
      <w:r>
        <w:t>____________________________</w:t>
      </w:r>
    </w:p>
    <w:p w:rsidR="005572A6" w:rsidRDefault="00C84C95">
      <w:pPr>
        <w:pStyle w:val="SmallItalic"/>
      </w:pPr>
      <w:r>
        <w:t>* Document to be printed and signed with original signatures.</w:t>
      </w:r>
    </w:p>
    <w:p w:rsidR="005572A6" w:rsidRDefault="00C84C95">
      <w:pPr>
        <w:spacing w:line="252" w:lineRule="auto"/>
      </w:pPr>
      <w:r>
        <w:br w:type="page"/>
      </w:r>
    </w:p>
    <w:p w:rsidR="005572A6" w:rsidRDefault="00C84C95">
      <w:pPr>
        <w:pStyle w:val="Heading1"/>
      </w:pPr>
      <w:r>
        <w:lastRenderedPageBreak/>
        <w:t>Appendix – Location of Copies of the Child Protection Procedures and Children First Guidance</w:t>
      </w:r>
    </w:p>
    <w:p w:rsidR="000C7CA0" w:rsidRDefault="000C7CA0">
      <w:pPr>
        <w:spacing w:line="252" w:lineRule="auto"/>
      </w:pPr>
    </w:p>
    <w:p w:rsidR="005572A6" w:rsidRDefault="00C84C95">
      <w:pPr>
        <w:spacing w:line="252" w:lineRule="auto"/>
      </w:pPr>
      <w:r>
        <w:t>Online copies are available at:</w:t>
      </w:r>
    </w:p>
    <w:p w:rsidR="005572A6" w:rsidRDefault="00C84C95">
      <w:pPr>
        <w:pStyle w:val="ListBullet"/>
        <w:spacing w:line="252" w:lineRule="auto"/>
      </w:pPr>
      <w:r>
        <w:t>Department of Education and Youth child protection schools page: www.gov.ie/childprotectionschools</w:t>
      </w:r>
    </w:p>
    <w:p w:rsidR="005572A6" w:rsidRDefault="00C84C95">
      <w:pPr>
        <w:pStyle w:val="ListBullet"/>
        <w:spacing w:line="252" w:lineRule="auto"/>
      </w:pPr>
      <w:r>
        <w:t>CBS Primary, Ennis website: www.cbsennis.com</w:t>
      </w:r>
    </w:p>
    <w:p w:rsidR="005572A6" w:rsidRDefault="00C84C95">
      <w:pPr>
        <w:pStyle w:val="ListBullet"/>
        <w:spacing w:line="252" w:lineRule="auto"/>
      </w:pPr>
      <w:r>
        <w:t>Children First: National Guidance for the Protection and Welfare of Children 2017 and its addenda: available through gov.ie / Tusla.</w:t>
      </w:r>
    </w:p>
    <w:p w:rsidR="005572A6" w:rsidRDefault="00C84C95">
      <w:pPr>
        <w:spacing w:line="252" w:lineRule="auto"/>
      </w:pPr>
      <w:r>
        <w:t>Hard-copy access within the school:</w:t>
      </w:r>
    </w:p>
    <w:p w:rsidR="000C7CA0" w:rsidRDefault="000C7CA0">
      <w:pPr>
        <w:spacing w:line="252" w:lineRule="auto"/>
      </w:pPr>
    </w:p>
    <w:p w:rsidR="000C7CA0" w:rsidRDefault="000C7CA0" w:rsidP="000C7CA0">
      <w:pPr>
        <w:pStyle w:val="SmallItalic"/>
      </w:pPr>
      <w:r>
        <w:t xml:space="preserve">There is a hard copy of Child Protection Procedures for Schools 2025 in Mr. Curtin’s office and Mr. Glynn’s office. </w:t>
      </w:r>
    </w:p>
    <w:p w:rsidR="00C84C95" w:rsidRDefault="000C7CA0" w:rsidP="000C7CA0">
      <w:pPr>
        <w:pStyle w:val="SmallItalic"/>
      </w:pPr>
      <w:r>
        <w:t>Total numbers of hard copies: 2</w:t>
      </w:r>
    </w:p>
    <w:p w:rsidR="000C7CA0" w:rsidRPr="000C7CA0" w:rsidRDefault="000C7CA0" w:rsidP="000C7CA0">
      <w:pPr>
        <w:pStyle w:val="SmallItalic"/>
      </w:pPr>
    </w:p>
    <w:p w:rsidR="005572A6" w:rsidRDefault="00C84C95">
      <w:pPr>
        <w:spacing w:line="252" w:lineRule="auto"/>
      </w:pPr>
      <w:r>
        <w:rPr>
          <w:b/>
        </w:rPr>
        <w:t xml:space="preserve">Number and location of hard copies: </w:t>
      </w:r>
    </w:p>
    <w:p w:rsidR="005572A6" w:rsidRDefault="00C84C95">
      <w:pPr>
        <w:pStyle w:val="SmallItalic"/>
      </w:pPr>
      <w:r>
        <w:t>Board completion note: confirm the hard-copy location/number above, enter the Board adoption/review date and expected next review date, and sign the printed document. These are factual governance details that cannot be safely inferred from the previous policy.</w:t>
      </w:r>
    </w:p>
    <w:p w:rsidR="005572A6" w:rsidRDefault="00C84C95">
      <w:pPr>
        <w:spacing w:line="252" w:lineRule="auto"/>
      </w:pPr>
      <w:r>
        <w:br w:type="page"/>
      </w:r>
    </w:p>
    <w:p w:rsidR="005572A6" w:rsidRDefault="00C84C95">
      <w:pPr>
        <w:pStyle w:val="Heading1"/>
      </w:pPr>
      <w:r>
        <w:rPr>
          <w:color w:val="006B63"/>
        </w:rPr>
        <w:lastRenderedPageBreak/>
        <w:t>Examples of Activities, Risks and Procedures</w:t>
      </w:r>
    </w:p>
    <w:p w:rsidR="005572A6" w:rsidRDefault="00C84C95">
      <w:pPr>
        <w:spacing w:after="160" w:line="252" w:lineRule="auto"/>
      </w:pPr>
      <w:r>
        <w:rPr>
          <w:b/>
        </w:rPr>
        <w:t>The examples listed in this document are provided to assist schools in undertaking their risk assessment under the Children First Act, 2015. Schools should note that this list of examples is not intended to be exhaustive, and that the inclusion of an example of a policy or procedure on these lists does not make it mandatory. It is the responsibility of each school to ensure, as far as possible, that any other risks and procedures that are relevant to its own particular circumstances are identified and specified in the written risk assessment and that adequate procedures are in place to address all risks identified.</w:t>
      </w:r>
    </w:p>
    <w:p w:rsidR="005572A6" w:rsidRDefault="00C84C95">
      <w:pPr>
        <w:spacing w:after="120" w:line="252" w:lineRule="auto"/>
      </w:pPr>
      <w:r>
        <w:rPr>
          <w:i/>
          <w:color w:val="4B5563"/>
          <w:sz w:val="19"/>
        </w:rPr>
        <w:t>The Board consideration columns below are school-specific additions. The Department CSS1 example activities themselves are reproduced using the wording of the current template.</w:t>
      </w:r>
    </w:p>
    <w:p w:rsidR="005572A6" w:rsidRDefault="00C84C95">
      <w:pPr>
        <w:pStyle w:val="Heading2"/>
      </w:pPr>
      <w:r>
        <w:rPr>
          <w:color w:val="006B63"/>
        </w:rPr>
        <w:t>Examples of School Activities which schools may draw from, as appropriate</w:t>
      </w:r>
    </w:p>
    <w:tbl>
      <w:tblPr>
        <w:tblW w:w="10418" w:type="dxa"/>
        <w:jc w:val="center"/>
        <w:tblLayout w:type="fixed"/>
        <w:tblLook w:val="04A0" w:firstRow="1" w:lastRow="0" w:firstColumn="1" w:lastColumn="0" w:noHBand="0" w:noVBand="1"/>
      </w:tblPr>
      <w:tblGrid>
        <w:gridCol w:w="5400"/>
        <w:gridCol w:w="2509"/>
        <w:gridCol w:w="2509"/>
      </w:tblGrid>
      <w:tr w:rsidR="00C84C95" w:rsidTr="00C84C95">
        <w:trPr>
          <w:cantSplit/>
          <w:tblHeader/>
          <w:jc w:val="center"/>
        </w:trPr>
        <w:tc>
          <w:tcPr>
            <w:tcW w:w="5400" w:type="dxa"/>
            <w:shd w:val="clear" w:color="auto" w:fill="006B63"/>
          </w:tcPr>
          <w:p w:rsidR="0034695D" w:rsidRDefault="00AE18B3">
            <w:r>
              <w:t>Department CSS1 example activity (exact wording)</w:t>
            </w:r>
          </w:p>
        </w:tc>
        <w:tc>
          <w:tcPr>
            <w:tcW w:w="2509" w:type="dxa"/>
            <w:shd w:val="clear" w:color="auto" w:fill="006B63"/>
          </w:tcPr>
          <w:p w:rsidR="0034695D" w:rsidRDefault="00AE18B3">
            <w:r>
              <w:t>CBS consideration</w:t>
            </w:r>
          </w:p>
        </w:tc>
        <w:tc>
          <w:tcPr>
            <w:tcW w:w="2509" w:type="dxa"/>
            <w:shd w:val="clear" w:color="auto" w:fill="006B63"/>
          </w:tcPr>
          <w:p w:rsidR="0034695D" w:rsidRDefault="00AE18B3">
            <w:r>
              <w:t>Cross-reference / action</w:t>
            </w:r>
          </w:p>
        </w:tc>
      </w:tr>
      <w:tr w:rsidR="00C84C95" w:rsidTr="00C84C95">
        <w:trPr>
          <w:cantSplit/>
          <w:jc w:val="center"/>
        </w:trPr>
        <w:tc>
          <w:tcPr>
            <w:tcW w:w="5400" w:type="dxa"/>
            <w:tcMar>
              <w:top w:w="55" w:type="dxa"/>
              <w:left w:w="70" w:type="dxa"/>
              <w:bottom w:w="55" w:type="dxa"/>
              <w:right w:w="70" w:type="dxa"/>
            </w:tcMar>
          </w:tcPr>
          <w:p w:rsidR="0034695D" w:rsidRDefault="00AE18B3">
            <w:r>
              <w:t>1. Daily arrival and dismissal of pupils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2. Recreation breaks for pupils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w:t>
            </w:r>
          </w:p>
        </w:tc>
      </w:tr>
      <w:tr w:rsidR="00C84C95" w:rsidTr="00C84C95">
        <w:trPr>
          <w:cantSplit/>
          <w:jc w:val="center"/>
        </w:trPr>
        <w:tc>
          <w:tcPr>
            <w:tcW w:w="5400" w:type="dxa"/>
            <w:tcMar>
              <w:top w:w="55" w:type="dxa"/>
              <w:left w:w="70" w:type="dxa"/>
              <w:bottom w:w="55" w:type="dxa"/>
              <w:right w:w="70" w:type="dxa"/>
            </w:tcMar>
          </w:tcPr>
          <w:p w:rsidR="0034695D" w:rsidRDefault="00AE18B3">
            <w:r>
              <w:t>3. Classroom teaching</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3</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4. One-to-one teaching</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4</w:t>
            </w:r>
          </w:p>
        </w:tc>
      </w:tr>
      <w:tr w:rsidR="00C84C95" w:rsidTr="00C84C95">
        <w:trPr>
          <w:cantSplit/>
          <w:jc w:val="center"/>
        </w:trPr>
        <w:tc>
          <w:tcPr>
            <w:tcW w:w="5400" w:type="dxa"/>
            <w:tcMar>
              <w:top w:w="55" w:type="dxa"/>
              <w:left w:w="70" w:type="dxa"/>
              <w:bottom w:w="55" w:type="dxa"/>
              <w:right w:w="70" w:type="dxa"/>
            </w:tcMar>
          </w:tcPr>
          <w:p w:rsidR="0034695D" w:rsidRDefault="00AE18B3">
            <w:r>
              <w:t>5. One-to-one learning support</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4</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6. One-to-one counselling</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4</w:t>
            </w:r>
          </w:p>
        </w:tc>
      </w:tr>
      <w:tr w:rsidR="00C84C95" w:rsidTr="00C84C95">
        <w:trPr>
          <w:cantSplit/>
          <w:jc w:val="center"/>
        </w:trPr>
        <w:tc>
          <w:tcPr>
            <w:tcW w:w="5400" w:type="dxa"/>
            <w:tcMar>
              <w:top w:w="55" w:type="dxa"/>
              <w:left w:w="70" w:type="dxa"/>
              <w:bottom w:w="55" w:type="dxa"/>
              <w:right w:w="70" w:type="dxa"/>
            </w:tcMar>
          </w:tcPr>
          <w:p w:rsidR="0034695D" w:rsidRDefault="00AE18B3">
            <w:r>
              <w:t>7. Outdoor teaching activities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13</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8. Online teaching and learning remotely</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11</w:t>
            </w:r>
          </w:p>
        </w:tc>
      </w:tr>
      <w:tr w:rsidR="00C84C95" w:rsidTr="00C84C95">
        <w:trPr>
          <w:cantSplit/>
          <w:jc w:val="center"/>
        </w:trPr>
        <w:tc>
          <w:tcPr>
            <w:tcW w:w="5400" w:type="dxa"/>
            <w:tcMar>
              <w:top w:w="55" w:type="dxa"/>
              <w:left w:w="70" w:type="dxa"/>
              <w:bottom w:w="55" w:type="dxa"/>
              <w:right w:w="70" w:type="dxa"/>
            </w:tcMar>
          </w:tcPr>
          <w:p w:rsidR="0034695D" w:rsidRDefault="00AE18B3">
            <w:r>
              <w:t>9. Sporting activities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13</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10. School outings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15</w:t>
            </w:r>
          </w:p>
        </w:tc>
      </w:tr>
      <w:tr w:rsidR="00C84C95" w:rsidTr="00C84C95">
        <w:trPr>
          <w:cantSplit/>
          <w:jc w:val="center"/>
        </w:trPr>
        <w:tc>
          <w:tcPr>
            <w:tcW w:w="5400" w:type="dxa"/>
            <w:tcMar>
              <w:top w:w="55" w:type="dxa"/>
              <w:left w:w="70" w:type="dxa"/>
              <w:bottom w:w="55" w:type="dxa"/>
              <w:right w:w="70" w:type="dxa"/>
            </w:tcMar>
          </w:tcPr>
          <w:p w:rsidR="0034695D" w:rsidRDefault="00AE18B3">
            <w:r>
              <w:t>11. School trips involving overnight stay</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16</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12. School trips involving foreign travel</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16</w:t>
            </w:r>
          </w:p>
        </w:tc>
      </w:tr>
      <w:tr w:rsidR="00C84C95" w:rsidTr="00C84C95">
        <w:trPr>
          <w:cantSplit/>
          <w:jc w:val="center"/>
        </w:trPr>
        <w:tc>
          <w:tcPr>
            <w:tcW w:w="5400" w:type="dxa"/>
            <w:tcMar>
              <w:top w:w="55" w:type="dxa"/>
              <w:left w:w="70" w:type="dxa"/>
              <w:bottom w:w="55" w:type="dxa"/>
              <w:right w:w="70" w:type="dxa"/>
            </w:tcMar>
          </w:tcPr>
          <w:p w:rsidR="0034695D" w:rsidRDefault="00AE18B3">
            <w:r>
              <w:t>13. Use of toilet/changing/shower areas in schools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6, 7, 13</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14. Provision of residential facilities for boarders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Not applicable</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Not applicable – no boarding provision</w:t>
            </w:r>
          </w:p>
        </w:tc>
      </w:tr>
      <w:tr w:rsidR="00C84C95" w:rsidTr="00C84C95">
        <w:trPr>
          <w:cantSplit/>
          <w:jc w:val="center"/>
        </w:trPr>
        <w:tc>
          <w:tcPr>
            <w:tcW w:w="5400" w:type="dxa"/>
            <w:tcMar>
              <w:top w:w="55" w:type="dxa"/>
              <w:left w:w="70" w:type="dxa"/>
              <w:bottom w:w="55" w:type="dxa"/>
              <w:right w:w="70" w:type="dxa"/>
            </w:tcMar>
          </w:tcPr>
          <w:p w:rsidR="0034695D" w:rsidRDefault="00AE18B3">
            <w:r>
              <w:t>15. Annual Sports Day</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13</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16. Fundraising events involving pupils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26</w:t>
            </w:r>
          </w:p>
        </w:tc>
      </w:tr>
      <w:tr w:rsidR="00C84C95" w:rsidTr="00C84C95">
        <w:trPr>
          <w:cantSplit/>
          <w:jc w:val="center"/>
        </w:trPr>
        <w:tc>
          <w:tcPr>
            <w:tcW w:w="5400" w:type="dxa"/>
            <w:tcMar>
              <w:top w:w="55" w:type="dxa"/>
              <w:left w:w="70" w:type="dxa"/>
              <w:bottom w:w="55" w:type="dxa"/>
              <w:right w:w="70" w:type="dxa"/>
            </w:tcMar>
          </w:tcPr>
          <w:p w:rsidR="0034695D" w:rsidRDefault="00AE18B3">
            <w:r>
              <w:t>17. Use of off-site facilities for school activities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15</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18. School transport arrangements including use of bus escorts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17</w:t>
            </w:r>
          </w:p>
        </w:tc>
      </w:tr>
      <w:tr w:rsidR="00C84C95" w:rsidTr="00C84C95">
        <w:trPr>
          <w:cantSplit/>
          <w:jc w:val="center"/>
        </w:trPr>
        <w:tc>
          <w:tcPr>
            <w:tcW w:w="5400" w:type="dxa"/>
            <w:tcMar>
              <w:top w:w="55" w:type="dxa"/>
              <w:left w:w="70" w:type="dxa"/>
              <w:bottom w:w="55" w:type="dxa"/>
              <w:right w:w="70" w:type="dxa"/>
            </w:tcMar>
          </w:tcPr>
          <w:p w:rsidR="0034695D" w:rsidRDefault="00AE18B3">
            <w:r>
              <w:t>19. Care of children with special educational needs, including intimate care where needed</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5, 6</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20. Care of any vulnerable adult students, including intimate care where needed</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Not applicable</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Not applicable – primary school has no adult students</w:t>
            </w:r>
          </w:p>
        </w:tc>
      </w:tr>
      <w:tr w:rsidR="00C84C95" w:rsidTr="00C84C95">
        <w:trPr>
          <w:cantSplit/>
          <w:jc w:val="center"/>
        </w:trPr>
        <w:tc>
          <w:tcPr>
            <w:tcW w:w="5400" w:type="dxa"/>
            <w:tcMar>
              <w:top w:w="55" w:type="dxa"/>
              <w:left w:w="70" w:type="dxa"/>
              <w:bottom w:w="55" w:type="dxa"/>
              <w:right w:w="70" w:type="dxa"/>
            </w:tcMar>
          </w:tcPr>
          <w:p w:rsidR="0034695D" w:rsidRDefault="00AE18B3">
            <w:r>
              <w:lastRenderedPageBreak/>
              <w:t>21. Management of challenging behaviour amongst pupils, including appropriate use of restraint where required</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8</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22. Management of provision of food and drink</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32</w:t>
            </w:r>
          </w:p>
        </w:tc>
      </w:tr>
      <w:tr w:rsidR="00C84C95" w:rsidTr="00C84C95">
        <w:trPr>
          <w:cantSplit/>
          <w:jc w:val="center"/>
        </w:trPr>
        <w:tc>
          <w:tcPr>
            <w:tcW w:w="5400" w:type="dxa"/>
            <w:tcMar>
              <w:top w:w="55" w:type="dxa"/>
              <w:left w:w="70" w:type="dxa"/>
              <w:bottom w:w="55" w:type="dxa"/>
              <w:right w:w="70" w:type="dxa"/>
            </w:tcMar>
          </w:tcPr>
          <w:p w:rsidR="0034695D" w:rsidRDefault="00AE18B3">
            <w:r>
              <w:t>23. Administration of medicine</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18</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24. Administration of First Aid</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18</w:t>
            </w:r>
          </w:p>
        </w:tc>
      </w:tr>
      <w:tr w:rsidR="00C84C95" w:rsidTr="00C84C95">
        <w:trPr>
          <w:cantSplit/>
          <w:jc w:val="center"/>
        </w:trPr>
        <w:tc>
          <w:tcPr>
            <w:tcW w:w="5400" w:type="dxa"/>
            <w:tcMar>
              <w:top w:w="55" w:type="dxa"/>
              <w:left w:w="70" w:type="dxa"/>
              <w:bottom w:w="55" w:type="dxa"/>
              <w:right w:w="70" w:type="dxa"/>
            </w:tcMar>
          </w:tcPr>
          <w:p w:rsidR="0034695D" w:rsidRDefault="00AE18B3">
            <w:r>
              <w:t>25. Curricular provision in respect of SPHE, RSE, Stay Safe</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9</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26. Prevention and dealing with bullying amongst pupils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10</w:t>
            </w:r>
          </w:p>
        </w:tc>
      </w:tr>
      <w:tr w:rsidR="00C84C95" w:rsidTr="00C84C95">
        <w:trPr>
          <w:cantSplit/>
          <w:jc w:val="center"/>
        </w:trPr>
        <w:tc>
          <w:tcPr>
            <w:tcW w:w="5400" w:type="dxa"/>
            <w:tcMar>
              <w:top w:w="55" w:type="dxa"/>
              <w:left w:w="70" w:type="dxa"/>
              <w:bottom w:w="55" w:type="dxa"/>
              <w:right w:w="70" w:type="dxa"/>
            </w:tcMar>
          </w:tcPr>
          <w:p w:rsidR="0034695D" w:rsidRDefault="00AE18B3">
            <w:r>
              <w:t>27. Training of school personnel in child protection matters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31</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28. Use of external personnel to supplement curriculum</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14</w:t>
            </w:r>
          </w:p>
        </w:tc>
      </w:tr>
      <w:tr w:rsidR="00C84C95" w:rsidTr="00C84C95">
        <w:trPr>
          <w:cantSplit/>
          <w:jc w:val="center"/>
        </w:trPr>
        <w:tc>
          <w:tcPr>
            <w:tcW w:w="5400" w:type="dxa"/>
            <w:tcMar>
              <w:top w:w="55" w:type="dxa"/>
              <w:left w:w="70" w:type="dxa"/>
              <w:bottom w:w="55" w:type="dxa"/>
              <w:right w:w="70" w:type="dxa"/>
            </w:tcMar>
          </w:tcPr>
          <w:p w:rsidR="0034695D" w:rsidRDefault="00AE18B3">
            <w:r>
              <w:t>29. Use of external personnel to support sports and other extra-curricular activities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14</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30. Care of pupils with specific vulnerabilities/needs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5, 27, 28, 30</w:t>
            </w:r>
          </w:p>
        </w:tc>
      </w:tr>
      <w:tr w:rsidR="00C84C95" w:rsidTr="00C84C95">
        <w:trPr>
          <w:cantSplit/>
          <w:jc w:val="center"/>
        </w:trPr>
        <w:tc>
          <w:tcPr>
            <w:tcW w:w="5400" w:type="dxa"/>
            <w:tcMar>
              <w:top w:w="55" w:type="dxa"/>
              <w:left w:w="70" w:type="dxa"/>
              <w:bottom w:w="55" w:type="dxa"/>
              <w:right w:w="70" w:type="dxa"/>
            </w:tcMar>
          </w:tcPr>
          <w:p w:rsidR="0034695D" w:rsidRDefault="00AE18B3">
            <w:r>
              <w:t>31. Pupils from ethnic minorities/migrants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28</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32. Members of the Traveller community</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28</w:t>
            </w:r>
          </w:p>
        </w:tc>
      </w:tr>
      <w:tr w:rsidR="00C84C95" w:rsidTr="00C84C95">
        <w:trPr>
          <w:cantSplit/>
          <w:jc w:val="center"/>
        </w:trPr>
        <w:tc>
          <w:tcPr>
            <w:tcW w:w="5400" w:type="dxa"/>
            <w:tcMar>
              <w:top w:w="55" w:type="dxa"/>
              <w:left w:w="70" w:type="dxa"/>
              <w:bottom w:w="55" w:type="dxa"/>
              <w:right w:w="70" w:type="dxa"/>
            </w:tcMar>
          </w:tcPr>
          <w:p w:rsidR="0034695D" w:rsidRDefault="00AE18B3">
            <w:r>
              <w:t>33. Lesbian, gay, bisexual or transgender (LGBT) children</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28</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34. Pupils perceived to be LGBT</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28</w:t>
            </w:r>
          </w:p>
        </w:tc>
      </w:tr>
      <w:tr w:rsidR="00C84C95" w:rsidTr="00C84C95">
        <w:trPr>
          <w:cantSplit/>
          <w:jc w:val="center"/>
        </w:trPr>
        <w:tc>
          <w:tcPr>
            <w:tcW w:w="5400" w:type="dxa"/>
            <w:tcMar>
              <w:top w:w="55" w:type="dxa"/>
              <w:left w:w="70" w:type="dxa"/>
              <w:bottom w:w="55" w:type="dxa"/>
              <w:right w:w="70" w:type="dxa"/>
            </w:tcMar>
          </w:tcPr>
          <w:p w:rsidR="0034695D" w:rsidRDefault="00AE18B3">
            <w:r>
              <w:t>35. Pupils of minority religious faiths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28</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36. Children in care</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27</w:t>
            </w:r>
          </w:p>
        </w:tc>
      </w:tr>
      <w:tr w:rsidR="00C84C95" w:rsidTr="00C84C95">
        <w:trPr>
          <w:cantSplit/>
          <w:jc w:val="center"/>
        </w:trPr>
        <w:tc>
          <w:tcPr>
            <w:tcW w:w="5400" w:type="dxa"/>
            <w:tcMar>
              <w:top w:w="55" w:type="dxa"/>
              <w:left w:w="70" w:type="dxa"/>
              <w:bottom w:w="55" w:type="dxa"/>
              <w:right w:w="70" w:type="dxa"/>
            </w:tcMar>
          </w:tcPr>
          <w:p w:rsidR="0034695D" w:rsidRDefault="00AE18B3">
            <w:r>
              <w:t>37. Children on Tusla’s Child Protection Notification System (CPNS)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27</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38. Children with medical needs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18</w:t>
            </w:r>
          </w:p>
        </w:tc>
      </w:tr>
      <w:tr w:rsidR="00C84C95" w:rsidTr="00C84C95">
        <w:trPr>
          <w:cantSplit/>
          <w:jc w:val="center"/>
        </w:trPr>
        <w:tc>
          <w:tcPr>
            <w:tcW w:w="5400" w:type="dxa"/>
            <w:tcMar>
              <w:top w:w="55" w:type="dxa"/>
              <w:left w:w="70" w:type="dxa"/>
              <w:bottom w:w="55" w:type="dxa"/>
              <w:right w:w="70" w:type="dxa"/>
            </w:tcMar>
          </w:tcPr>
          <w:p w:rsidR="0034695D" w:rsidRDefault="00AE18B3">
            <w:r>
              <w:t>39. Recruitment of school personnel including teachers/SNAs, caretakers/secretaries/cleaners and sport coaches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19</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40. External Tutors/Guest Speakers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14</w:t>
            </w:r>
          </w:p>
        </w:tc>
      </w:tr>
      <w:tr w:rsidR="00C84C95" w:rsidTr="00C84C95">
        <w:trPr>
          <w:cantSplit/>
          <w:jc w:val="center"/>
        </w:trPr>
        <w:tc>
          <w:tcPr>
            <w:tcW w:w="5400" w:type="dxa"/>
            <w:tcMar>
              <w:top w:w="55" w:type="dxa"/>
              <w:left w:w="70" w:type="dxa"/>
              <w:bottom w:w="55" w:type="dxa"/>
              <w:right w:w="70" w:type="dxa"/>
            </w:tcMar>
          </w:tcPr>
          <w:p w:rsidR="0034695D" w:rsidRDefault="00AE18B3">
            <w:r>
              <w:t>41. Volunteers/Parents in school activities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22</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42. Visitors/contractors present in school during school hours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23</w:t>
            </w:r>
          </w:p>
        </w:tc>
      </w:tr>
      <w:tr w:rsidR="00C84C95" w:rsidTr="00C84C95">
        <w:trPr>
          <w:cantSplit/>
          <w:jc w:val="center"/>
        </w:trPr>
        <w:tc>
          <w:tcPr>
            <w:tcW w:w="5400" w:type="dxa"/>
            <w:tcMar>
              <w:top w:w="55" w:type="dxa"/>
              <w:left w:w="70" w:type="dxa"/>
              <w:bottom w:w="55" w:type="dxa"/>
              <w:right w:w="70" w:type="dxa"/>
            </w:tcMar>
          </w:tcPr>
          <w:p w:rsidR="0034695D" w:rsidRDefault="00AE18B3">
            <w:r>
              <w:t>43. Visitors/contractors present during after-school activities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25</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lastRenderedPageBreak/>
              <w:t>44. Participation by pupils in religious ceremonies/religious instruction external to the school</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29</w:t>
            </w:r>
          </w:p>
        </w:tc>
      </w:tr>
      <w:tr w:rsidR="00C84C95" w:rsidTr="00C84C95">
        <w:trPr>
          <w:cantSplit/>
          <w:jc w:val="center"/>
        </w:trPr>
        <w:tc>
          <w:tcPr>
            <w:tcW w:w="5400" w:type="dxa"/>
            <w:tcMar>
              <w:top w:w="55" w:type="dxa"/>
              <w:left w:w="70" w:type="dxa"/>
              <w:bottom w:w="55" w:type="dxa"/>
              <w:right w:w="70" w:type="dxa"/>
            </w:tcMar>
          </w:tcPr>
          <w:p w:rsidR="0034695D" w:rsidRDefault="00AE18B3">
            <w:r>
              <w:t>45. Use of Information and Communication Technology by pupils in school, including social media</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11</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46. Application of sanctions under the school’s Code of Behaviour including detention of pupils, confiscation of phones etc.</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8, 10</w:t>
            </w:r>
          </w:p>
        </w:tc>
      </w:tr>
      <w:tr w:rsidR="00C84C95" w:rsidTr="00C84C95">
        <w:trPr>
          <w:cantSplit/>
          <w:jc w:val="center"/>
        </w:trPr>
        <w:tc>
          <w:tcPr>
            <w:tcW w:w="5400" w:type="dxa"/>
            <w:tcMar>
              <w:top w:w="55" w:type="dxa"/>
              <w:left w:w="70" w:type="dxa"/>
              <w:bottom w:w="55" w:type="dxa"/>
              <w:right w:w="70" w:type="dxa"/>
            </w:tcMar>
          </w:tcPr>
          <w:p w:rsidR="0034695D" w:rsidRDefault="00AE18B3">
            <w:r>
              <w:t>47. Students participating in work experience in the school</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20</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48. Students from the school participating in work experience elsewhere</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Board confirmation</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21 – where applicable</w:t>
            </w:r>
          </w:p>
        </w:tc>
      </w:tr>
      <w:tr w:rsidR="00C84C95" w:rsidTr="00C84C95">
        <w:trPr>
          <w:cantSplit/>
          <w:jc w:val="center"/>
        </w:trPr>
        <w:tc>
          <w:tcPr>
            <w:tcW w:w="5400" w:type="dxa"/>
            <w:tcMar>
              <w:top w:w="55" w:type="dxa"/>
              <w:left w:w="70" w:type="dxa"/>
              <w:bottom w:w="55" w:type="dxa"/>
              <w:right w:w="70" w:type="dxa"/>
            </w:tcMar>
          </w:tcPr>
          <w:p w:rsidR="0034695D" w:rsidRDefault="00AE18B3">
            <w:r>
              <w:t>49. Student teachers undertaking training placement in school</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20</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50. Use of video/photography/other media to record school events</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12</w:t>
            </w:r>
          </w:p>
        </w:tc>
      </w:tr>
      <w:tr w:rsidR="00C84C95" w:rsidTr="00C84C95">
        <w:trPr>
          <w:cantSplit/>
          <w:jc w:val="center"/>
        </w:trPr>
        <w:tc>
          <w:tcPr>
            <w:tcW w:w="5400" w:type="dxa"/>
            <w:tcMar>
              <w:top w:w="55" w:type="dxa"/>
              <w:left w:w="70" w:type="dxa"/>
              <w:bottom w:w="55" w:type="dxa"/>
              <w:right w:w="70" w:type="dxa"/>
            </w:tcMar>
          </w:tcPr>
          <w:p w:rsidR="0034695D" w:rsidRDefault="00AE18B3">
            <w:r>
              <w:t>51. After-school use of school premises by other organisations</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tcMar>
              <w:top w:w="55" w:type="dxa"/>
              <w:left w:w="70" w:type="dxa"/>
              <w:bottom w:w="55" w:type="dxa"/>
              <w:right w:w="70" w:type="dxa"/>
            </w:tcMar>
          </w:tcPr>
          <w:p w:rsidR="00C84C95" w:rsidRDefault="00C84C95">
            <w:pPr>
              <w:spacing w:after="0"/>
            </w:pPr>
            <w:r>
              <w:rPr>
                <w:rFonts w:ascii="Aptos" w:hAnsi="Aptos"/>
                <w:sz w:val="16"/>
              </w:rPr>
              <w:t>RA 25</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52. Use of school premises by other organisations during school day</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25</w:t>
            </w:r>
          </w:p>
        </w:tc>
      </w:tr>
      <w:tr w:rsidR="00C84C95" w:rsidTr="00C84C95">
        <w:trPr>
          <w:cantSplit/>
          <w:jc w:val="center"/>
        </w:trPr>
        <w:tc>
          <w:tcPr>
            <w:tcW w:w="5400" w:type="dxa"/>
            <w:tcMar>
              <w:top w:w="55" w:type="dxa"/>
              <w:left w:w="70" w:type="dxa"/>
              <w:bottom w:w="55" w:type="dxa"/>
              <w:right w:w="70" w:type="dxa"/>
            </w:tcMar>
          </w:tcPr>
          <w:p w:rsidR="0034695D" w:rsidRDefault="00AE18B3">
            <w:r>
              <w:t>53. Breakfast club</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Board confirmation</w:t>
            </w:r>
          </w:p>
        </w:tc>
        <w:tc>
          <w:tcPr>
            <w:tcW w:w="2509" w:type="dxa"/>
            <w:tcMar>
              <w:top w:w="55" w:type="dxa"/>
              <w:left w:w="70" w:type="dxa"/>
              <w:bottom w:w="55" w:type="dxa"/>
              <w:right w:w="70" w:type="dxa"/>
            </w:tcMar>
          </w:tcPr>
          <w:p w:rsidR="00C84C95" w:rsidRDefault="00C84C95">
            <w:pPr>
              <w:spacing w:after="0"/>
            </w:pPr>
            <w:r>
              <w:rPr>
                <w:rFonts w:ascii="Aptos" w:hAnsi="Aptos"/>
                <w:sz w:val="16"/>
              </w:rPr>
              <w:t>Board to confirm whether a breakfast club operates; if yes, apply RA 24 and RA 32</w:t>
            </w:r>
          </w:p>
        </w:tc>
      </w:tr>
      <w:tr w:rsidR="00C84C95" w:rsidTr="00C84C95">
        <w:trPr>
          <w:cantSplit/>
          <w:jc w:val="center"/>
        </w:trPr>
        <w:tc>
          <w:tcPr>
            <w:tcW w:w="5400" w:type="dxa"/>
            <w:shd w:val="clear" w:color="auto" w:fill="F7FAF9"/>
            <w:tcMar>
              <w:top w:w="55" w:type="dxa"/>
              <w:left w:w="70" w:type="dxa"/>
              <w:bottom w:w="55" w:type="dxa"/>
              <w:right w:w="70" w:type="dxa"/>
            </w:tcMar>
          </w:tcPr>
          <w:p w:rsidR="0034695D" w:rsidRDefault="00AE18B3">
            <w:r>
              <w:t>54. Homework club/evening study</w:t>
            </w:r>
          </w:p>
        </w:tc>
        <w:tc>
          <w:tcPr>
            <w:tcW w:w="2509" w:type="dxa"/>
            <w:shd w:val="clear" w:color="auto" w:fill="F7FAF9"/>
            <w:tcMar>
              <w:top w:w="55" w:type="dxa"/>
              <w:left w:w="70" w:type="dxa"/>
              <w:bottom w:w="55" w:type="dxa"/>
              <w:right w:w="70" w:type="dxa"/>
            </w:tcMar>
            <w:vAlign w:val="center"/>
          </w:tcPr>
          <w:p w:rsidR="00C84C95" w:rsidRDefault="00C84C95">
            <w:pPr>
              <w:spacing w:after="0"/>
            </w:pPr>
            <w:r>
              <w:rPr>
                <w:rFonts w:ascii="Aptos" w:hAnsi="Aptos"/>
                <w:sz w:val="16"/>
              </w:rPr>
              <w:t>Considered / addressed</w:t>
            </w:r>
          </w:p>
        </w:tc>
        <w:tc>
          <w:tcPr>
            <w:tcW w:w="2509" w:type="dxa"/>
            <w:shd w:val="clear" w:color="auto" w:fill="F7FAF9"/>
            <w:tcMar>
              <w:top w:w="55" w:type="dxa"/>
              <w:left w:w="70" w:type="dxa"/>
              <w:bottom w:w="55" w:type="dxa"/>
              <w:right w:w="70" w:type="dxa"/>
            </w:tcMar>
          </w:tcPr>
          <w:p w:rsidR="00C84C95" w:rsidRDefault="00C84C95">
            <w:pPr>
              <w:spacing w:after="0"/>
            </w:pPr>
            <w:r>
              <w:rPr>
                <w:rFonts w:ascii="Aptos" w:hAnsi="Aptos"/>
                <w:sz w:val="16"/>
              </w:rPr>
              <w:t>RA 24</w:t>
            </w:r>
          </w:p>
        </w:tc>
      </w:tr>
      <w:tr w:rsidR="00C84C95" w:rsidTr="00C84C95">
        <w:trPr>
          <w:cantSplit/>
          <w:jc w:val="center"/>
        </w:trPr>
        <w:tc>
          <w:tcPr>
            <w:tcW w:w="5400" w:type="dxa"/>
            <w:tcMar>
              <w:top w:w="55" w:type="dxa"/>
              <w:left w:w="70" w:type="dxa"/>
              <w:bottom w:w="55" w:type="dxa"/>
              <w:right w:w="70" w:type="dxa"/>
            </w:tcMar>
          </w:tcPr>
          <w:p w:rsidR="0034695D" w:rsidRDefault="00AE18B3">
            <w:r>
              <w:t>55. Children attending boarding schools or living away from home</w:t>
            </w:r>
          </w:p>
        </w:tc>
        <w:tc>
          <w:tcPr>
            <w:tcW w:w="2509" w:type="dxa"/>
            <w:tcMar>
              <w:top w:w="55" w:type="dxa"/>
              <w:left w:w="70" w:type="dxa"/>
              <w:bottom w:w="55" w:type="dxa"/>
              <w:right w:w="70" w:type="dxa"/>
            </w:tcMar>
            <w:vAlign w:val="center"/>
          </w:tcPr>
          <w:p w:rsidR="00C84C95" w:rsidRDefault="00C84C95">
            <w:pPr>
              <w:spacing w:after="0"/>
            </w:pPr>
            <w:r>
              <w:rPr>
                <w:rFonts w:ascii="Aptos" w:hAnsi="Aptos"/>
                <w:sz w:val="16"/>
              </w:rPr>
              <w:t>Not applicable</w:t>
            </w:r>
          </w:p>
        </w:tc>
        <w:tc>
          <w:tcPr>
            <w:tcW w:w="2509" w:type="dxa"/>
            <w:tcMar>
              <w:top w:w="55" w:type="dxa"/>
              <w:left w:w="70" w:type="dxa"/>
              <w:bottom w:w="55" w:type="dxa"/>
              <w:right w:w="70" w:type="dxa"/>
            </w:tcMar>
          </w:tcPr>
          <w:p w:rsidR="00C84C95" w:rsidRDefault="00C84C95">
            <w:pPr>
              <w:spacing w:after="0"/>
            </w:pPr>
            <w:r>
              <w:rPr>
                <w:rFonts w:ascii="Aptos" w:hAnsi="Aptos"/>
                <w:sz w:val="16"/>
              </w:rPr>
              <w:t>Not applicable – no boarding provision</w:t>
            </w:r>
          </w:p>
        </w:tc>
      </w:tr>
    </w:tbl>
    <w:p w:rsidR="001D5D54" w:rsidRDefault="001D5D54">
      <w:pPr>
        <w:spacing w:after="120" w:line="252" w:lineRule="auto"/>
        <w:rPr>
          <w:i/>
          <w:color w:val="4B5563"/>
          <w:sz w:val="19"/>
        </w:rPr>
      </w:pPr>
    </w:p>
    <w:p w:rsidR="00FB5D96" w:rsidRPr="00C7253D" w:rsidRDefault="00C84C95" w:rsidP="00C7253D">
      <w:pPr>
        <w:spacing w:after="120" w:line="252" w:lineRule="auto"/>
      </w:pPr>
      <w:r>
        <w:rPr>
          <w:i/>
          <w:color w:val="4B5563"/>
          <w:sz w:val="19"/>
        </w:rPr>
        <w:t>RA = numbered row in the school-specific Child Safeguarding Risk Assessment above. “Board confirmation” identifies an activity whose current operation cannot be established from the supplied school document and should be confirmed before adoption.</w:t>
      </w:r>
    </w:p>
    <w:sectPr w:rsidR="00FB5D96" w:rsidRPr="00C7253D" w:rsidSect="00034616">
      <w:headerReference w:type="even" r:id="rId8"/>
      <w:headerReference w:type="default" r:id="rId9"/>
      <w:footerReference w:type="default" r:id="rId10"/>
      <w:headerReference w:type="first" r:id="rId11"/>
      <w:pgSz w:w="11909" w:h="16834"/>
      <w:pgMar w:top="792" w:right="936" w:bottom="792" w:left="93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7EC" w:rsidRDefault="00DF37EC">
      <w:pPr>
        <w:spacing w:after="0" w:line="240" w:lineRule="auto"/>
      </w:pPr>
      <w:r>
        <w:separator/>
      </w:r>
    </w:p>
  </w:endnote>
  <w:endnote w:type="continuationSeparator" w:id="0">
    <w:p w:rsidR="00DF37EC" w:rsidRDefault="00DF3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8B3" w:rsidRDefault="00AE18B3">
    <w:pPr>
      <w:pStyle w:val="Footer"/>
    </w:pPr>
    <w:r>
      <w:rPr>
        <w:sz w:val="17"/>
      </w:rPr>
      <w:t>CSS1  |  CBS Primary, Ennis  |  2026/27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7EC" w:rsidRDefault="00DF37EC">
      <w:pPr>
        <w:spacing w:after="0" w:line="240" w:lineRule="auto"/>
      </w:pPr>
      <w:r>
        <w:separator/>
      </w:r>
    </w:p>
  </w:footnote>
  <w:footnote w:type="continuationSeparator" w:id="0">
    <w:p w:rsidR="00DF37EC" w:rsidRDefault="00DF37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8B3" w:rsidRDefault="00AE18B3">
    <w:pPr>
      <w:pStyle w:val="Header"/>
    </w:pPr>
    <w:r>
      <w:rPr>
        <w:noProof/>
        <w:lang w:val="en-IE" w:eastAsia="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0140626" o:spid="_x0000_s2050" type="#_x0000_t75" style="position:absolute;margin-left:0;margin-top:0;width:768pt;height:510pt;z-index:-251655168;mso-position-horizontal:center;mso-position-horizontal-relative:margin;mso-position-vertical:center;mso-position-vertical-relative:margin" o:allowincell="f">
          <v:imagedata r:id="rId1" o:title="School Image 5"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8B3" w:rsidRDefault="00AE18B3">
    <w:pPr>
      <w:pStyle w:val="Header"/>
      <w:jc w:val="center"/>
    </w:pPr>
    <w:r>
      <w:rPr>
        <w:noProof/>
        <w:lang w:val="en-IE" w:eastAsia="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0140627" o:spid="_x0000_s2051" type="#_x0000_t75" style="position:absolute;left:0;text-align:left;margin-left:0;margin-top:0;width:768pt;height:510pt;z-index:-251654144;mso-position-horizontal:center;mso-position-horizontal-relative:margin;mso-position-vertical:center;mso-position-vertical-relative:margin" o:allowincell="f">
          <v:imagedata r:id="rId1" o:title="School Image 5" gain="19661f" blacklevel="22938f"/>
          <w10:wrap anchorx="margin" anchory="margin"/>
        </v:shape>
      </w:pict>
    </w:r>
    <w:r w:rsidRPr="00046AF1">
      <w:rPr>
        <w:noProof/>
        <w:lang w:val="en-IE" w:eastAsia="en-IE"/>
      </w:rPr>
      <w:drawing>
        <wp:anchor distT="0" distB="0" distL="114300" distR="114300" simplePos="0" relativeHeight="251659264" behindDoc="1" locked="0" layoutInCell="1" allowOverlap="1" wp14:anchorId="504E543C" wp14:editId="68026320">
          <wp:simplePos x="0" y="0"/>
          <wp:positionH relativeFrom="column">
            <wp:posOffset>2358390</wp:posOffset>
          </wp:positionH>
          <wp:positionV relativeFrom="paragraph">
            <wp:posOffset>-285750</wp:posOffset>
          </wp:positionV>
          <wp:extent cx="1447800" cy="419735"/>
          <wp:effectExtent l="0" t="0" r="0" b="0"/>
          <wp:wrapTight wrapText="bothSides">
            <wp:wrapPolygon edited="0">
              <wp:start x="0" y="0"/>
              <wp:lineTo x="0" y="20587"/>
              <wp:lineTo x="21316" y="20587"/>
              <wp:lineTo x="21316" y="0"/>
              <wp:lineTo x="0" y="0"/>
            </wp:wrapPolygon>
          </wp:wrapTight>
          <wp:docPr id="1" name="Picture 1" descr="C:\Users\bcurtin\Desktop\Document Designs\CBS Bann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curtin\Desktop\Document Designs\CBS Banne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419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8B3" w:rsidRDefault="00AE18B3">
    <w:pPr>
      <w:pStyle w:val="Header"/>
    </w:pPr>
    <w:r>
      <w:rPr>
        <w:noProof/>
        <w:lang w:val="en-IE" w:eastAsia="en-I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0140625" o:spid="_x0000_s2049" type="#_x0000_t75" style="position:absolute;margin-left:0;margin-top:0;width:768pt;height:510pt;z-index:-251656192;mso-position-horizontal:center;mso-position-horizontal-relative:margin;mso-position-vertical:center;mso-position-vertical-relative:margin" o:allowincell="f">
          <v:imagedata r:id="rId1" o:title="School Image 5"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65F54B0"/>
    <w:multiLevelType w:val="hybridMultilevel"/>
    <w:tmpl w:val="A4AA9310"/>
    <w:lvl w:ilvl="0" w:tplc="411ADCF8">
      <w:start w:val="2026"/>
      <w:numFmt w:val="bullet"/>
      <w:lvlText w:val="-"/>
      <w:lvlJc w:val="left"/>
      <w:pPr>
        <w:ind w:left="720" w:hanging="360"/>
      </w:pPr>
      <w:rPr>
        <w:rFonts w:ascii="Arial" w:eastAsiaTheme="minorEastAsia"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7E16"/>
    <w:rsid w:val="00034616"/>
    <w:rsid w:val="0006063C"/>
    <w:rsid w:val="000C7CA0"/>
    <w:rsid w:val="0015074B"/>
    <w:rsid w:val="001D5D54"/>
    <w:rsid w:val="0029639D"/>
    <w:rsid w:val="00326F90"/>
    <w:rsid w:val="0034695D"/>
    <w:rsid w:val="005572A6"/>
    <w:rsid w:val="00645060"/>
    <w:rsid w:val="00790F29"/>
    <w:rsid w:val="0081751B"/>
    <w:rsid w:val="00836C4F"/>
    <w:rsid w:val="00AA1D8D"/>
    <w:rsid w:val="00AE18B3"/>
    <w:rsid w:val="00B47730"/>
    <w:rsid w:val="00C7253D"/>
    <w:rsid w:val="00C84C95"/>
    <w:rsid w:val="00CB0664"/>
    <w:rsid w:val="00DF37EC"/>
    <w:rsid w:val="00E70799"/>
    <w:rsid w:val="00EB6BAD"/>
    <w:rsid w:val="00FB5D9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15:docId w15:val="{E17ACB97-5FD0-4E5E-9140-F10B1B783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534C"/>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534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534C"/>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Italic">
    <w:name w:val="Small Italic"/>
    <w:rPr>
      <w:rFonts w:ascii="Arial" w:hAnsi="Arial"/>
      <w:i/>
      <w:sz w:val="18"/>
    </w:rPr>
  </w:style>
  <w:style w:type="paragraph" w:styleId="BalloonText">
    <w:name w:val="Balloon Text"/>
    <w:basedOn w:val="Normal"/>
    <w:link w:val="BalloonTextChar"/>
    <w:uiPriority w:val="99"/>
    <w:semiHidden/>
    <w:unhideWhenUsed/>
    <w:rsid w:val="001D5D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D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90687-B5B0-4420-AFA6-4C2214DEC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5759</TotalTime>
  <Pages>12</Pages>
  <Words>5117</Words>
  <Characters>29170</Characters>
  <Application>Microsoft Office Word</Application>
  <DocSecurity>0</DocSecurity>
  <Lines>243</Lines>
  <Paragraphs>68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CSS1 Child Safeguarding Statement and Risk Assessment - CBS Primary, Ennis - 2026/27</vt:lpstr>
      <vt:lpstr>Principles of Best Practice</vt:lpstr>
      <vt:lpstr>Procedures and Measures in Place</vt:lpstr>
      <vt:lpstr>Child Safeguarding Risk Assessment</vt:lpstr>
      <vt:lpstr>Appendix – Location of Copies of the Child Protection Procedures and Children Fi</vt:lpstr>
      <vt:lpstr>Examples of Activities, Risks and Procedures</vt:lpstr>
      <vt:lpstr>    Examples of School Activities which schools may draw from, as appropriate</vt:lpstr>
    </vt:vector>
  </TitlesOfParts>
  <Manager/>
  <Company/>
  <LinksUpToDate>false</LinksUpToDate>
  <CharactersWithSpaces>34219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CSS1 Child Safeguarding Statement and Risk Assessment - CBS Primary, Ennis - 2026/27</dc:title>
  <dc:subject>Child safeguarding statement and risk assessment aligned to Child Protection Procedures for Schools 2025</dc:subject>
  <dc:creator>CBS Primary, Ennis</dc:creator>
  <cp:keywords/>
  <dc:description>generated by python-docx</dc:description>
  <cp:lastModifiedBy>Brian Curtin</cp:lastModifiedBy>
  <cp:revision>3</cp:revision>
  <cp:lastPrinted>2026-09-10T11:14:00Z</cp:lastPrinted>
  <dcterms:created xsi:type="dcterms:W3CDTF">2026-09-10T10:50:00Z</dcterms:created>
  <dcterms:modified xsi:type="dcterms:W3CDTF">2026-09-14T11:45:00Z</dcterms:modified>
  <cp:category/>
</cp:coreProperties>
</file>